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94563" w14:textId="77777777" w:rsidR="00ED318B" w:rsidRDefault="00242430" w:rsidP="002A1E74">
      <w:pPr>
        <w:jc w:val="center"/>
        <w:rPr>
          <w:b/>
          <w:sz w:val="28"/>
        </w:rPr>
      </w:pPr>
      <w:r>
        <w:br/>
      </w:r>
    </w:p>
    <w:p w14:paraId="5575D91E" w14:textId="77777777" w:rsidR="00ED318B" w:rsidRDefault="00ED318B" w:rsidP="002A1E74">
      <w:pPr>
        <w:jc w:val="center"/>
        <w:rPr>
          <w:b/>
          <w:sz w:val="28"/>
        </w:rPr>
      </w:pPr>
    </w:p>
    <w:p w14:paraId="03E8FEBD" w14:textId="1E87A947" w:rsidR="002A1E74" w:rsidRPr="002A1E74" w:rsidRDefault="002A1E74" w:rsidP="002A1E74">
      <w:pPr>
        <w:jc w:val="center"/>
        <w:rPr>
          <w:b/>
          <w:sz w:val="28"/>
        </w:rPr>
      </w:pPr>
      <w:r w:rsidRPr="002A1E74">
        <w:rPr>
          <w:b/>
          <w:sz w:val="28"/>
        </w:rPr>
        <w:t>ALLEGATO B</w:t>
      </w:r>
    </w:p>
    <w:p w14:paraId="1C8145C5" w14:textId="77777777" w:rsidR="002A1E74" w:rsidRPr="002A1E74" w:rsidRDefault="002A1E74" w:rsidP="002A1E74">
      <w:pPr>
        <w:jc w:val="center"/>
        <w:rPr>
          <w:b/>
          <w:sz w:val="28"/>
        </w:rPr>
      </w:pPr>
      <w:r w:rsidRPr="002A1E74">
        <w:rPr>
          <w:b/>
          <w:sz w:val="28"/>
        </w:rPr>
        <w:t>AUTORIZZAZIONE E INFORMATIVA PER IL TRATTAMENTO DEI DATI PERSONALI</w:t>
      </w:r>
    </w:p>
    <w:p w14:paraId="265E5762" w14:textId="07042ECC" w:rsidR="002A1E74" w:rsidRPr="002A1E74" w:rsidRDefault="002A1E74" w:rsidP="002A1E74">
      <w:pPr>
        <w:jc w:val="center"/>
        <w:rPr>
          <w:b/>
          <w:sz w:val="28"/>
        </w:rPr>
      </w:pPr>
      <w:r w:rsidRPr="002A1E74">
        <w:rPr>
          <w:b/>
          <w:sz w:val="28"/>
        </w:rPr>
        <w:t>(</w:t>
      </w:r>
      <w:r w:rsidR="00297FDB" w:rsidRPr="002A1E74">
        <w:rPr>
          <w:b/>
          <w:sz w:val="28"/>
        </w:rPr>
        <w:t>Ai</w:t>
      </w:r>
      <w:r w:rsidRPr="002A1E74">
        <w:rPr>
          <w:b/>
          <w:sz w:val="28"/>
        </w:rPr>
        <w:t xml:space="preserve"> sensi degli artt. 13 e 14 del Regolamento UE 2016/679 – GDPR)</w:t>
      </w:r>
    </w:p>
    <w:p w14:paraId="2374C473" w14:textId="77777777" w:rsidR="002A1E74" w:rsidRDefault="002A1E74" w:rsidP="00D012D8">
      <w:pPr>
        <w:jc w:val="both"/>
        <w:rPr>
          <w:bCs/>
          <w:sz w:val="28"/>
        </w:rPr>
      </w:pPr>
    </w:p>
    <w:p w14:paraId="169B1A8A" w14:textId="3FA06080" w:rsidR="002A1E74" w:rsidRPr="00297FDB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 xml:space="preserve">Il/La sottoscritto/a ______________________________________________nato/a a ____________________________ il //_______residente </w:t>
      </w:r>
      <w:r w:rsidR="00297FDB" w:rsidRPr="00297FDB">
        <w:rPr>
          <w:bCs/>
          <w:sz w:val="24"/>
          <w:szCs w:val="24"/>
        </w:rPr>
        <w:t>in_</w:t>
      </w:r>
      <w:r w:rsidRPr="00297FDB">
        <w:rPr>
          <w:bCs/>
          <w:sz w:val="24"/>
          <w:szCs w:val="24"/>
        </w:rPr>
        <w:t>________________codice fiscale____________________________________________in qualità di:</w:t>
      </w:r>
    </w:p>
    <w:p w14:paraId="5755CED0" w14:textId="77777777" w:rsidR="002A1E74" w:rsidRPr="00297FDB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rFonts w:ascii="Segoe UI Symbol" w:hAnsi="Segoe UI Symbol" w:cs="Segoe UI Symbol"/>
          <w:bCs/>
          <w:sz w:val="24"/>
          <w:szCs w:val="24"/>
        </w:rPr>
        <w:t>☐</w:t>
      </w:r>
      <w:r w:rsidRPr="00297FDB">
        <w:rPr>
          <w:bCs/>
          <w:sz w:val="24"/>
          <w:szCs w:val="24"/>
        </w:rPr>
        <w:t xml:space="preserve"> libero professionista</w:t>
      </w:r>
    </w:p>
    <w:p w14:paraId="11EBE1A0" w14:textId="77777777" w:rsidR="002A1E74" w:rsidRPr="00297FDB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rFonts w:ascii="Segoe UI Symbol" w:hAnsi="Segoe UI Symbol" w:cs="Segoe UI Symbol"/>
          <w:bCs/>
          <w:sz w:val="24"/>
          <w:szCs w:val="24"/>
        </w:rPr>
        <w:t>☐</w:t>
      </w:r>
      <w:r w:rsidRPr="00297FDB">
        <w:rPr>
          <w:bCs/>
          <w:sz w:val="24"/>
          <w:szCs w:val="24"/>
        </w:rPr>
        <w:t xml:space="preserve"> titolare/legale rappresentante dell’impresa __________________________________________</w:t>
      </w:r>
    </w:p>
    <w:p w14:paraId="213B655C" w14:textId="44EB681E" w:rsidR="002A1E74" w:rsidRPr="00297FDB" w:rsidRDefault="002A1E74" w:rsidP="002A1E74">
      <w:pPr>
        <w:rPr>
          <w:b/>
          <w:sz w:val="24"/>
          <w:szCs w:val="24"/>
        </w:rPr>
      </w:pPr>
    </w:p>
    <w:p w14:paraId="7EAC30AB" w14:textId="77777777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INFORMATIVA SUL TRATTAMENTO DEI DATI PERSONALI</w:t>
      </w:r>
    </w:p>
    <w:p w14:paraId="2ED3FD71" w14:textId="77777777" w:rsidR="002A1E74" w:rsidRPr="00297FDB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Ai sensi degli articoli 13 e 14 del Regolamento (UE) 2016/679 (GDPR), il Distretto Rurale del Meilogu, con sede legale in Via Enrico Berlinguer n. 23 – 07012 Bonorva (SS), e-mail: drm@gallogudorogoceno.com, PEC: distrettoruralemeilogu@pec.it, in qualità di Titolare del trattamento, informa che i dati personali forniti saranno trattati nel rispetto della normativa vigente.</w:t>
      </w:r>
    </w:p>
    <w:p w14:paraId="0464E15D" w14:textId="77777777" w:rsidR="002A1E74" w:rsidRPr="00297FDB" w:rsidRDefault="002A1E74" w:rsidP="002A1E74">
      <w:pPr>
        <w:rPr>
          <w:bCs/>
          <w:sz w:val="24"/>
          <w:szCs w:val="24"/>
        </w:rPr>
      </w:pPr>
    </w:p>
    <w:p w14:paraId="6A024877" w14:textId="77777777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Finalità del trattamento</w:t>
      </w:r>
    </w:p>
    <w:p w14:paraId="74A2DC03" w14:textId="77777777" w:rsidR="002A1E74" w:rsidRPr="00297FDB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I dati personali saranno trattati esclusivamente per le seguenti finalità:</w:t>
      </w:r>
    </w:p>
    <w:p w14:paraId="26DF56AD" w14:textId="489CD516" w:rsidR="002A1E74" w:rsidRPr="00297FDB" w:rsidRDefault="002A1E74" w:rsidP="00D012D8">
      <w:pPr>
        <w:pStyle w:val="Paragrafoelenco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 xml:space="preserve">gestione dell’Avviso pubblico per la costituzione della Short List di </w:t>
      </w:r>
      <w:r w:rsidR="00297FDB" w:rsidRPr="00297FDB">
        <w:rPr>
          <w:bCs/>
          <w:sz w:val="24"/>
          <w:szCs w:val="24"/>
        </w:rPr>
        <w:t>professionisti.</w:t>
      </w:r>
    </w:p>
    <w:p w14:paraId="610D00CA" w14:textId="0E3CBBEC" w:rsidR="002A1E74" w:rsidRPr="00297FDB" w:rsidRDefault="002A1E74" w:rsidP="00D012D8">
      <w:pPr>
        <w:pStyle w:val="Paragrafoelenco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 xml:space="preserve">istruttoria delle domande di </w:t>
      </w:r>
      <w:r w:rsidR="00297FDB" w:rsidRPr="00297FDB">
        <w:rPr>
          <w:bCs/>
          <w:sz w:val="24"/>
          <w:szCs w:val="24"/>
        </w:rPr>
        <w:t>iscrizione.</w:t>
      </w:r>
    </w:p>
    <w:p w14:paraId="4AE42C55" w14:textId="2938ED7C" w:rsidR="002A1E74" w:rsidRPr="00297FDB" w:rsidRDefault="002A1E74" w:rsidP="00D012D8">
      <w:pPr>
        <w:pStyle w:val="Paragrafoelenco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 xml:space="preserve">gestione, aggiornamento e utilizzo della Short </w:t>
      </w:r>
      <w:r w:rsidR="00297FDB" w:rsidRPr="00297FDB">
        <w:rPr>
          <w:bCs/>
          <w:sz w:val="24"/>
          <w:szCs w:val="24"/>
        </w:rPr>
        <w:t>List.</w:t>
      </w:r>
    </w:p>
    <w:p w14:paraId="2E85A8C0" w14:textId="56FAC840" w:rsidR="002A1E74" w:rsidRPr="00297FDB" w:rsidRDefault="002A1E74" w:rsidP="00D012D8">
      <w:pPr>
        <w:pStyle w:val="Paragrafoelenco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 xml:space="preserve">eventuale richiesta di preventivi, affidamento di incarichi e attività connesse agli obiettivi del Distretto Rurale del </w:t>
      </w:r>
      <w:r w:rsidR="00297FDB" w:rsidRPr="00297FDB">
        <w:rPr>
          <w:bCs/>
          <w:sz w:val="24"/>
          <w:szCs w:val="24"/>
        </w:rPr>
        <w:t>Meilogu.</w:t>
      </w:r>
    </w:p>
    <w:p w14:paraId="58A7887E" w14:textId="30BE3A0A" w:rsidR="002A1E74" w:rsidRPr="00297FDB" w:rsidRDefault="002A1E74" w:rsidP="00D012D8">
      <w:pPr>
        <w:pStyle w:val="Paragrafoelenco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 xml:space="preserve">comunicazioni relative a incontri, eventi, attività di animazione territoriale e </w:t>
      </w:r>
      <w:r w:rsidR="00297FDB" w:rsidRPr="00297FDB">
        <w:rPr>
          <w:bCs/>
          <w:sz w:val="24"/>
          <w:szCs w:val="24"/>
        </w:rPr>
        <w:t>networking.</w:t>
      </w:r>
    </w:p>
    <w:p w14:paraId="2E2C3333" w14:textId="59B3E92B" w:rsidR="002A1E74" w:rsidRPr="00297FDB" w:rsidRDefault="002A1E74" w:rsidP="00D012D8">
      <w:pPr>
        <w:pStyle w:val="Paragrafoelenco"/>
        <w:numPr>
          <w:ilvl w:val="0"/>
          <w:numId w:val="10"/>
        </w:num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adempimenti amministrativi e contabili connessi.</w:t>
      </w:r>
    </w:p>
    <w:p w14:paraId="2C75E68C" w14:textId="77777777" w:rsidR="00087B57" w:rsidRDefault="00087B57" w:rsidP="002A1E74">
      <w:pPr>
        <w:rPr>
          <w:bCs/>
          <w:sz w:val="24"/>
          <w:szCs w:val="24"/>
        </w:rPr>
      </w:pPr>
    </w:p>
    <w:p w14:paraId="6CD372DB" w14:textId="77777777" w:rsidR="008842F4" w:rsidRDefault="008842F4" w:rsidP="002A1E74">
      <w:pPr>
        <w:rPr>
          <w:b/>
          <w:sz w:val="24"/>
          <w:szCs w:val="24"/>
        </w:rPr>
      </w:pPr>
    </w:p>
    <w:p w14:paraId="070778B3" w14:textId="77777777" w:rsidR="00087B57" w:rsidRDefault="00087B57" w:rsidP="002A1E74">
      <w:pPr>
        <w:rPr>
          <w:b/>
          <w:sz w:val="24"/>
          <w:szCs w:val="24"/>
        </w:rPr>
      </w:pPr>
    </w:p>
    <w:p w14:paraId="646B0857" w14:textId="77777777" w:rsidR="00087B57" w:rsidRDefault="00087B57" w:rsidP="002A1E74">
      <w:pPr>
        <w:rPr>
          <w:b/>
          <w:sz w:val="24"/>
          <w:szCs w:val="24"/>
        </w:rPr>
      </w:pPr>
    </w:p>
    <w:p w14:paraId="69207566" w14:textId="44AE0E65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Base giuridica del trattamento</w:t>
      </w:r>
    </w:p>
    <w:p w14:paraId="1D44BFEB" w14:textId="77777777" w:rsidR="002A1E74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Il trattamento è lecito ai sensi dell’art. 6, par. 1, lett. b) ed e) del GDPR, in quanto necessario all’esecuzione di attività di interesse pubblico e all’espletamento delle funzioni istituzionali del Distretto.</w:t>
      </w:r>
    </w:p>
    <w:p w14:paraId="62120473" w14:textId="77777777" w:rsidR="008842F4" w:rsidRPr="00297FDB" w:rsidRDefault="008842F4" w:rsidP="00D012D8">
      <w:pPr>
        <w:jc w:val="both"/>
        <w:rPr>
          <w:bCs/>
          <w:sz w:val="24"/>
          <w:szCs w:val="24"/>
        </w:rPr>
      </w:pPr>
    </w:p>
    <w:p w14:paraId="5972FFC8" w14:textId="77777777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Modalità del trattamento</w:t>
      </w:r>
    </w:p>
    <w:p w14:paraId="396CC388" w14:textId="5DB33FE6" w:rsidR="002A1E74" w:rsidRDefault="002A1E74" w:rsidP="008842F4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Il trattamento dei dati avverrà con strumenti cartacei e/o informatici, nel rispetto dei principi di liceità, correttezza, trasparenza, minimizzazione e sicurezza.</w:t>
      </w:r>
    </w:p>
    <w:p w14:paraId="3665D745" w14:textId="77777777" w:rsidR="008842F4" w:rsidRPr="00297FDB" w:rsidRDefault="008842F4" w:rsidP="008842F4">
      <w:pPr>
        <w:jc w:val="both"/>
        <w:rPr>
          <w:bCs/>
          <w:sz w:val="24"/>
          <w:szCs w:val="24"/>
        </w:rPr>
      </w:pPr>
    </w:p>
    <w:p w14:paraId="1C9604E9" w14:textId="77777777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Conservazione dei dati</w:t>
      </w:r>
    </w:p>
    <w:p w14:paraId="42472394" w14:textId="77777777" w:rsidR="002A1E74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I dati personali saranno conservati per il tempo necessario al perseguimento delle finalità sopra indicate e, comunque, per la durata di validità della Short List e secondo gli obblighi di legge vigenti.</w:t>
      </w:r>
    </w:p>
    <w:p w14:paraId="2EB55FC3" w14:textId="77777777" w:rsidR="008842F4" w:rsidRPr="00297FDB" w:rsidRDefault="008842F4" w:rsidP="00D012D8">
      <w:pPr>
        <w:jc w:val="both"/>
        <w:rPr>
          <w:bCs/>
          <w:sz w:val="24"/>
          <w:szCs w:val="24"/>
        </w:rPr>
      </w:pPr>
    </w:p>
    <w:p w14:paraId="563A0ABD" w14:textId="77777777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Comunicazione e diffusione</w:t>
      </w:r>
    </w:p>
    <w:p w14:paraId="0BBACD74" w14:textId="77777777" w:rsidR="002A1E74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I dati non saranno diffusi. Potranno essere comunicati a soggetti pubblici o privati esclusivamente per adempimenti di legge o per attività strettamente connesse alle finalità sopra indicate.</w:t>
      </w:r>
    </w:p>
    <w:p w14:paraId="2A0B23E3" w14:textId="77777777" w:rsidR="008842F4" w:rsidRPr="00297FDB" w:rsidRDefault="008842F4" w:rsidP="00D012D8">
      <w:pPr>
        <w:jc w:val="both"/>
        <w:rPr>
          <w:bCs/>
          <w:sz w:val="24"/>
          <w:szCs w:val="24"/>
        </w:rPr>
      </w:pPr>
    </w:p>
    <w:p w14:paraId="7F9B64E7" w14:textId="77777777" w:rsidR="002A1E74" w:rsidRPr="00297FDB" w:rsidRDefault="002A1E74" w:rsidP="002A1E74">
      <w:pPr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Diritti dell’interessato</w:t>
      </w:r>
    </w:p>
    <w:p w14:paraId="077AE144" w14:textId="77777777" w:rsidR="002A1E74" w:rsidRDefault="002A1E74" w:rsidP="00D012D8">
      <w:pPr>
        <w:jc w:val="both"/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L’interessato può esercitare in qualsiasi momento i diritti di cui agli articoli 15–22 del GDPR (accesso, rettifica, cancellazione, limitazione, opposizione, portabilità), scrivendo al Titolare del trattamento ai recapiti sopra indicati.</w:t>
      </w:r>
    </w:p>
    <w:p w14:paraId="482A28B3" w14:textId="77777777" w:rsidR="008842F4" w:rsidRDefault="008842F4" w:rsidP="00D012D8">
      <w:pPr>
        <w:jc w:val="both"/>
        <w:rPr>
          <w:bCs/>
          <w:sz w:val="24"/>
          <w:szCs w:val="24"/>
        </w:rPr>
      </w:pPr>
    </w:p>
    <w:p w14:paraId="7B1D4D33" w14:textId="77777777" w:rsidR="008842F4" w:rsidRDefault="008842F4" w:rsidP="00D012D8">
      <w:pPr>
        <w:jc w:val="both"/>
        <w:rPr>
          <w:bCs/>
          <w:sz w:val="24"/>
          <w:szCs w:val="24"/>
        </w:rPr>
      </w:pPr>
    </w:p>
    <w:p w14:paraId="3EF7F668" w14:textId="77777777" w:rsidR="008842F4" w:rsidRPr="00297FDB" w:rsidRDefault="008842F4" w:rsidP="00D012D8">
      <w:pPr>
        <w:jc w:val="both"/>
        <w:rPr>
          <w:bCs/>
          <w:sz w:val="24"/>
          <w:szCs w:val="24"/>
        </w:rPr>
      </w:pPr>
    </w:p>
    <w:p w14:paraId="30518040" w14:textId="77777777" w:rsidR="00806392" w:rsidRDefault="00806392" w:rsidP="00806392">
      <w:pPr>
        <w:jc w:val="center"/>
        <w:rPr>
          <w:bCs/>
          <w:sz w:val="24"/>
          <w:szCs w:val="24"/>
        </w:rPr>
      </w:pPr>
    </w:p>
    <w:p w14:paraId="02BF494B" w14:textId="77777777" w:rsidR="00560903" w:rsidRDefault="00560903" w:rsidP="00806392">
      <w:pPr>
        <w:jc w:val="center"/>
        <w:rPr>
          <w:bCs/>
          <w:sz w:val="24"/>
          <w:szCs w:val="24"/>
        </w:rPr>
      </w:pPr>
    </w:p>
    <w:p w14:paraId="628C76F1" w14:textId="77777777" w:rsidR="00560903" w:rsidRDefault="00560903" w:rsidP="00806392">
      <w:pPr>
        <w:jc w:val="center"/>
        <w:rPr>
          <w:bCs/>
          <w:sz w:val="24"/>
          <w:szCs w:val="24"/>
        </w:rPr>
      </w:pPr>
    </w:p>
    <w:p w14:paraId="39803014" w14:textId="77777777" w:rsidR="008842F4" w:rsidRPr="00297FDB" w:rsidRDefault="008842F4" w:rsidP="00806392">
      <w:pPr>
        <w:jc w:val="center"/>
        <w:rPr>
          <w:bCs/>
          <w:sz w:val="24"/>
          <w:szCs w:val="24"/>
        </w:rPr>
      </w:pPr>
    </w:p>
    <w:p w14:paraId="4E61388E" w14:textId="56164B3E" w:rsidR="002A1E74" w:rsidRPr="00297FDB" w:rsidRDefault="002A1E74" w:rsidP="00806392">
      <w:pPr>
        <w:jc w:val="center"/>
        <w:rPr>
          <w:b/>
          <w:sz w:val="24"/>
          <w:szCs w:val="24"/>
        </w:rPr>
      </w:pPr>
      <w:r w:rsidRPr="00297FDB">
        <w:rPr>
          <w:b/>
          <w:sz w:val="24"/>
          <w:szCs w:val="24"/>
        </w:rPr>
        <w:t>DICHIARAZIONE FINALE</w:t>
      </w:r>
    </w:p>
    <w:p w14:paraId="5E841EAE" w14:textId="77777777" w:rsidR="00806392" w:rsidRPr="00297FDB" w:rsidRDefault="00806392" w:rsidP="00806392">
      <w:pPr>
        <w:jc w:val="center"/>
        <w:rPr>
          <w:b/>
          <w:sz w:val="24"/>
          <w:szCs w:val="24"/>
        </w:rPr>
      </w:pPr>
    </w:p>
    <w:p w14:paraId="20A44087" w14:textId="77777777" w:rsidR="00087B57" w:rsidRDefault="00087B57" w:rsidP="002A1E74">
      <w:pPr>
        <w:rPr>
          <w:bCs/>
          <w:sz w:val="24"/>
          <w:szCs w:val="24"/>
        </w:rPr>
      </w:pPr>
    </w:p>
    <w:p w14:paraId="02C3845E" w14:textId="792BCEAA" w:rsidR="002A1E74" w:rsidRPr="00297FDB" w:rsidRDefault="002A1E74" w:rsidP="002A1E74">
      <w:pPr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Il/La sottoscritto/a dichiara:</w:t>
      </w:r>
    </w:p>
    <w:p w14:paraId="21B9C964" w14:textId="637D3E36" w:rsidR="002A1E74" w:rsidRPr="00087B57" w:rsidRDefault="002A1E74" w:rsidP="00D012D8">
      <w:pPr>
        <w:pStyle w:val="Paragrafoelenco"/>
        <w:numPr>
          <w:ilvl w:val="0"/>
          <w:numId w:val="12"/>
        </w:numPr>
        <w:jc w:val="both"/>
        <w:rPr>
          <w:bCs/>
          <w:sz w:val="24"/>
          <w:szCs w:val="24"/>
        </w:rPr>
      </w:pPr>
      <w:r w:rsidRPr="00087B57">
        <w:rPr>
          <w:bCs/>
          <w:sz w:val="24"/>
          <w:szCs w:val="24"/>
        </w:rPr>
        <w:t xml:space="preserve">di aver ricevuto e letto l’informativa sopra </w:t>
      </w:r>
      <w:r w:rsidR="008842F4" w:rsidRPr="00087B57">
        <w:rPr>
          <w:bCs/>
          <w:sz w:val="24"/>
          <w:szCs w:val="24"/>
        </w:rPr>
        <w:t>riportata.</w:t>
      </w:r>
    </w:p>
    <w:p w14:paraId="6F6FC07E" w14:textId="22A65523" w:rsidR="002A1E74" w:rsidRPr="00087B57" w:rsidRDefault="002A1E74" w:rsidP="00D012D8">
      <w:pPr>
        <w:pStyle w:val="Paragrafoelenco"/>
        <w:numPr>
          <w:ilvl w:val="0"/>
          <w:numId w:val="12"/>
        </w:numPr>
        <w:jc w:val="both"/>
        <w:rPr>
          <w:bCs/>
          <w:sz w:val="24"/>
          <w:szCs w:val="24"/>
        </w:rPr>
      </w:pPr>
      <w:r w:rsidRPr="00087B57">
        <w:rPr>
          <w:bCs/>
          <w:sz w:val="24"/>
          <w:szCs w:val="24"/>
        </w:rPr>
        <w:t xml:space="preserve">di essere consapevole delle finalità e delle modalità del trattamento dei dati </w:t>
      </w:r>
      <w:r w:rsidR="00297FDB" w:rsidRPr="00087B57">
        <w:rPr>
          <w:bCs/>
          <w:sz w:val="24"/>
          <w:szCs w:val="24"/>
        </w:rPr>
        <w:t>personali.</w:t>
      </w:r>
    </w:p>
    <w:p w14:paraId="2D389756" w14:textId="77777777" w:rsidR="002A1E74" w:rsidRPr="00087B57" w:rsidRDefault="002A1E74" w:rsidP="00D012D8">
      <w:pPr>
        <w:pStyle w:val="Paragrafoelenco"/>
        <w:numPr>
          <w:ilvl w:val="0"/>
          <w:numId w:val="12"/>
        </w:numPr>
        <w:jc w:val="both"/>
        <w:rPr>
          <w:bCs/>
          <w:sz w:val="24"/>
          <w:szCs w:val="24"/>
        </w:rPr>
      </w:pPr>
      <w:r w:rsidRPr="00087B57">
        <w:rPr>
          <w:bCs/>
          <w:sz w:val="24"/>
          <w:szCs w:val="24"/>
        </w:rPr>
        <w:t>di autorizzare il trattamento dei dati personali ai fini della gestione della Short List del Distretto Rurale del Meilogu.</w:t>
      </w:r>
    </w:p>
    <w:p w14:paraId="69A7F64D" w14:textId="77777777" w:rsidR="00087B57" w:rsidRDefault="00087B57" w:rsidP="002A1E74">
      <w:pPr>
        <w:rPr>
          <w:bCs/>
          <w:sz w:val="24"/>
          <w:szCs w:val="24"/>
        </w:rPr>
      </w:pPr>
    </w:p>
    <w:p w14:paraId="1368A105" w14:textId="77777777" w:rsidR="00087B57" w:rsidRDefault="00087B57" w:rsidP="002A1E74">
      <w:pPr>
        <w:rPr>
          <w:bCs/>
          <w:sz w:val="24"/>
          <w:szCs w:val="24"/>
        </w:rPr>
      </w:pPr>
    </w:p>
    <w:p w14:paraId="094F7C14" w14:textId="77777777" w:rsidR="00087B57" w:rsidRDefault="00087B57" w:rsidP="002A1E74">
      <w:pPr>
        <w:rPr>
          <w:bCs/>
          <w:sz w:val="24"/>
          <w:szCs w:val="24"/>
        </w:rPr>
      </w:pPr>
    </w:p>
    <w:p w14:paraId="375B6F8F" w14:textId="2FF5F1F1" w:rsidR="002A1E74" w:rsidRPr="00297FDB" w:rsidRDefault="002A1E74" w:rsidP="002A1E74">
      <w:pPr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Luogo e data _______________________________</w:t>
      </w:r>
    </w:p>
    <w:p w14:paraId="49D3A295" w14:textId="77777777" w:rsidR="002A1E74" w:rsidRPr="00297FDB" w:rsidRDefault="002A1E74" w:rsidP="002A1E74">
      <w:pPr>
        <w:rPr>
          <w:bCs/>
          <w:sz w:val="24"/>
          <w:szCs w:val="24"/>
        </w:rPr>
      </w:pPr>
      <w:r w:rsidRPr="00297FDB">
        <w:rPr>
          <w:bCs/>
          <w:sz w:val="24"/>
          <w:szCs w:val="24"/>
        </w:rPr>
        <w:t>Firma _____________________________________</w:t>
      </w:r>
    </w:p>
    <w:p w14:paraId="6574EB1F" w14:textId="5710FB9B" w:rsidR="00F33196" w:rsidRDefault="00F33196" w:rsidP="002A1E74">
      <w:pPr>
        <w:jc w:val="center"/>
        <w:rPr>
          <w:b/>
          <w:bCs/>
        </w:rPr>
      </w:pPr>
    </w:p>
    <w:p w14:paraId="5BD2F79C" w14:textId="77777777" w:rsidR="00F33196" w:rsidRDefault="00F33196" w:rsidP="00A36828">
      <w:pPr>
        <w:rPr>
          <w:b/>
          <w:bCs/>
        </w:rPr>
      </w:pPr>
    </w:p>
    <w:p w14:paraId="73886D43" w14:textId="1F7F2BFA" w:rsidR="00795319" w:rsidRDefault="00795319" w:rsidP="00795319">
      <w:pPr>
        <w:rPr>
          <w:b/>
          <w:bCs/>
        </w:rPr>
      </w:pPr>
    </w:p>
    <w:p w14:paraId="60BB5179" w14:textId="77777777" w:rsidR="00806392" w:rsidRPr="003E192C" w:rsidRDefault="00806392" w:rsidP="00795319">
      <w:pPr>
        <w:rPr>
          <w:b/>
          <w:bCs/>
        </w:rPr>
      </w:pPr>
    </w:p>
    <w:p w14:paraId="53D4899E" w14:textId="6444ED41" w:rsidR="00795319" w:rsidRPr="00806392" w:rsidRDefault="00795319" w:rsidP="00795319">
      <w:pPr>
        <w:rPr>
          <w:b/>
        </w:rPr>
      </w:pPr>
      <w:r>
        <w:rPr>
          <w:b/>
        </w:rPr>
        <w:t>DISTRETTO RURALE DEL MEILOGU</w:t>
      </w:r>
    </w:p>
    <w:p w14:paraId="1BB049FE" w14:textId="77777777" w:rsidR="00795319" w:rsidRDefault="00795319" w:rsidP="00795319">
      <w:r>
        <w:rPr>
          <w:b/>
        </w:rPr>
        <w:t xml:space="preserve">Indirizzo: </w:t>
      </w:r>
      <w:r>
        <w:t>Via E. Berlinguer n° 23, Bonorva, 07012 (SS)</w:t>
      </w:r>
    </w:p>
    <w:p w14:paraId="551355B6" w14:textId="77777777" w:rsidR="00795319" w:rsidRDefault="00795319" w:rsidP="00795319">
      <w:r>
        <w:rPr>
          <w:b/>
        </w:rPr>
        <w:t xml:space="preserve">C.F.: </w:t>
      </w:r>
      <w:r>
        <w:t>92178830904</w:t>
      </w:r>
    </w:p>
    <w:p w14:paraId="61CC090C" w14:textId="77777777" w:rsidR="00795319" w:rsidRDefault="00795319" w:rsidP="00795319">
      <w:r>
        <w:rPr>
          <w:b/>
        </w:rPr>
        <w:t xml:space="preserve">Email: </w:t>
      </w:r>
      <w:r>
        <w:t>drm@gallogudorogoceno.com</w:t>
      </w:r>
    </w:p>
    <w:p w14:paraId="6B83FAB5" w14:textId="77777777" w:rsidR="00795319" w:rsidRDefault="00795319" w:rsidP="00795319">
      <w:r>
        <w:rPr>
          <w:b/>
        </w:rPr>
        <w:t xml:space="preserve">PEC: </w:t>
      </w:r>
      <w:r>
        <w:t>distrettoruralemeilogu@pec.it</w:t>
      </w:r>
    </w:p>
    <w:p w14:paraId="3DD5570B" w14:textId="4135DA6E" w:rsidR="00856724" w:rsidRDefault="00856724"/>
    <w:sectPr w:rsidR="00856724" w:rsidSect="00034616">
      <w:headerReference w:type="default" r:id="rId11"/>
      <w:footerReference w:type="default" r:id="rId12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BDDF7" w14:textId="77777777" w:rsidR="00B45137" w:rsidRDefault="00B45137">
      <w:pPr>
        <w:spacing w:after="0" w:line="240" w:lineRule="auto"/>
      </w:pPr>
      <w:r>
        <w:separator/>
      </w:r>
    </w:p>
  </w:endnote>
  <w:endnote w:type="continuationSeparator" w:id="0">
    <w:p w14:paraId="78FB3A21" w14:textId="77777777" w:rsidR="00B45137" w:rsidRDefault="00B4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EB37" w14:textId="37C0EF88" w:rsidR="00795319" w:rsidRDefault="005E1CC2" w:rsidP="00795319">
    <w:pPr>
      <w:pStyle w:val="Pidipagina"/>
      <w:jc w:val="center"/>
      <w:rPr>
        <w:color w:val="787878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E628454" wp14:editId="71075706">
          <wp:simplePos x="0" y="0"/>
          <wp:positionH relativeFrom="margin">
            <wp:posOffset>-589970</wp:posOffset>
          </wp:positionH>
          <wp:positionV relativeFrom="paragraph">
            <wp:posOffset>3892</wp:posOffset>
          </wp:positionV>
          <wp:extent cx="750570" cy="783590"/>
          <wp:effectExtent l="0" t="0" r="0" b="0"/>
          <wp:wrapTight wrapText="bothSides">
            <wp:wrapPolygon edited="0">
              <wp:start x="8223" y="0"/>
              <wp:lineTo x="5482" y="3151"/>
              <wp:lineTo x="4934" y="5776"/>
              <wp:lineTo x="6579" y="8927"/>
              <wp:lineTo x="548" y="11028"/>
              <wp:lineTo x="1096" y="14703"/>
              <wp:lineTo x="10416" y="17329"/>
              <wp:lineTo x="7675" y="21005"/>
              <wp:lineTo x="12609" y="21005"/>
              <wp:lineTo x="10416" y="17329"/>
              <wp:lineTo x="20832" y="15229"/>
              <wp:lineTo x="20832" y="11553"/>
              <wp:lineTo x="15898" y="8927"/>
              <wp:lineTo x="16995" y="6301"/>
              <wp:lineTo x="16447" y="3151"/>
              <wp:lineTo x="13706" y="0"/>
              <wp:lineTo x="8223" y="0"/>
            </wp:wrapPolygon>
          </wp:wrapTight>
          <wp:docPr id="382256465" name="Picture 1" descr="Immagine che contiene testo, cerchio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256465" name="Picture 1" descr="Immagine che contiene testo, cerchio, schermata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0570" cy="783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2430" w:rsidRPr="00795319">
      <w:rPr>
        <w:color w:val="787878"/>
        <w:sz w:val="18"/>
        <w:szCs w:val="18"/>
      </w:rPr>
      <w:t xml:space="preserve">Distretto Rurale del Meilogu • </w:t>
    </w:r>
    <w:r w:rsidR="00795319" w:rsidRPr="00795319">
      <w:rPr>
        <w:color w:val="787878"/>
        <w:sz w:val="18"/>
        <w:szCs w:val="18"/>
      </w:rPr>
      <w:t xml:space="preserve">Via </w:t>
    </w:r>
    <w:r w:rsidR="00F33196" w:rsidRPr="00795319">
      <w:rPr>
        <w:color w:val="787878"/>
        <w:sz w:val="18"/>
        <w:szCs w:val="18"/>
      </w:rPr>
      <w:t>E. Berlinguer</w:t>
    </w:r>
    <w:r w:rsidR="00242430" w:rsidRPr="00795319">
      <w:rPr>
        <w:color w:val="787878"/>
        <w:sz w:val="18"/>
        <w:szCs w:val="18"/>
      </w:rPr>
      <w:t xml:space="preserve"> • </w:t>
    </w:r>
    <w:r w:rsidR="00795319" w:rsidRPr="00795319">
      <w:rPr>
        <w:color w:val="787878"/>
        <w:sz w:val="18"/>
        <w:szCs w:val="18"/>
      </w:rPr>
      <w:t>07012</w:t>
    </w:r>
    <w:r w:rsidR="00242430" w:rsidRPr="00795319">
      <w:rPr>
        <w:color w:val="787878"/>
        <w:sz w:val="18"/>
        <w:szCs w:val="18"/>
      </w:rPr>
      <w:t xml:space="preserve"> • </w:t>
    </w:r>
    <w:r w:rsidR="00795319" w:rsidRPr="00795319">
      <w:rPr>
        <w:color w:val="787878"/>
        <w:sz w:val="18"/>
        <w:szCs w:val="18"/>
      </w:rPr>
      <w:t xml:space="preserve">Bonorva </w:t>
    </w:r>
    <w:r w:rsidR="00795319">
      <w:rPr>
        <w:color w:val="787878"/>
        <w:sz w:val="18"/>
        <w:szCs w:val="18"/>
      </w:rPr>
      <w:t xml:space="preserve">(SS) </w:t>
    </w:r>
    <w:r w:rsidR="00795319" w:rsidRPr="00795319">
      <w:rPr>
        <w:color w:val="787878"/>
        <w:sz w:val="18"/>
        <w:szCs w:val="18"/>
      </w:rPr>
      <w:t xml:space="preserve">• </w:t>
    </w:r>
    <w:r w:rsidR="00F33196" w:rsidRPr="00795319">
      <w:rPr>
        <w:color w:val="787878"/>
        <w:sz w:val="18"/>
        <w:szCs w:val="18"/>
      </w:rPr>
      <w:t>CF:</w:t>
    </w:r>
    <w:r w:rsidR="00795319" w:rsidRPr="00795319">
      <w:rPr>
        <w:color w:val="787878"/>
        <w:sz w:val="18"/>
        <w:szCs w:val="18"/>
      </w:rPr>
      <w:t xml:space="preserve"> 92178830904</w:t>
    </w:r>
    <w:r w:rsidR="00242430" w:rsidRPr="00795319">
      <w:rPr>
        <w:color w:val="787878"/>
        <w:sz w:val="18"/>
        <w:szCs w:val="18"/>
      </w:rPr>
      <w:t xml:space="preserve"> </w:t>
    </w:r>
  </w:p>
  <w:p w14:paraId="3148411E" w14:textId="495407ED" w:rsidR="00856724" w:rsidRPr="00795319" w:rsidRDefault="00242430" w:rsidP="00795319">
    <w:pPr>
      <w:pStyle w:val="Pidipagina"/>
      <w:jc w:val="center"/>
      <w:rPr>
        <w:sz w:val="18"/>
        <w:szCs w:val="18"/>
      </w:rPr>
    </w:pPr>
    <w:r w:rsidRPr="00795319">
      <w:rPr>
        <w:color w:val="787878"/>
        <w:sz w:val="18"/>
        <w:szCs w:val="18"/>
      </w:rPr>
      <w:t xml:space="preserve">• </w:t>
    </w:r>
    <w:r w:rsidR="00F33196" w:rsidRPr="00795319">
      <w:rPr>
        <w:color w:val="787878"/>
        <w:sz w:val="18"/>
        <w:szCs w:val="18"/>
      </w:rPr>
      <w:t>PEC:</w:t>
    </w:r>
    <w:r w:rsidR="00795319" w:rsidRPr="00795319">
      <w:rPr>
        <w:color w:val="787878"/>
        <w:sz w:val="18"/>
        <w:szCs w:val="18"/>
      </w:rPr>
      <w:t xml:space="preserve"> </w:t>
    </w:r>
    <w:r w:rsidR="00F33196" w:rsidRPr="00795319">
      <w:rPr>
        <w:color w:val="787878"/>
        <w:sz w:val="18"/>
        <w:szCs w:val="18"/>
      </w:rPr>
      <w:t>distrettoruralemeilogu@pec.it •</w:t>
    </w:r>
    <w:r w:rsidR="00795319" w:rsidRPr="00795319">
      <w:rPr>
        <w:color w:val="787878"/>
        <w:sz w:val="18"/>
        <w:szCs w:val="18"/>
      </w:rPr>
      <w:t xml:space="preserve"> </w:t>
    </w:r>
    <w:r w:rsidR="00F33196" w:rsidRPr="00795319">
      <w:rPr>
        <w:color w:val="787878"/>
        <w:sz w:val="18"/>
        <w:szCs w:val="18"/>
      </w:rPr>
      <w:t>Mail:</w:t>
    </w:r>
    <w:r w:rsidR="00795319" w:rsidRPr="00795319">
      <w:rPr>
        <w:color w:val="787878"/>
        <w:sz w:val="18"/>
        <w:szCs w:val="18"/>
      </w:rPr>
      <w:t xml:space="preserve"> drm@gallogudorogoceno.com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2DBAC" w14:textId="77777777" w:rsidR="00B45137" w:rsidRDefault="00B45137">
      <w:pPr>
        <w:spacing w:after="0" w:line="240" w:lineRule="auto"/>
      </w:pPr>
      <w:r>
        <w:separator/>
      </w:r>
    </w:p>
  </w:footnote>
  <w:footnote w:type="continuationSeparator" w:id="0">
    <w:p w14:paraId="66798FBE" w14:textId="77777777" w:rsidR="00B45137" w:rsidRDefault="00B45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C4CB" w14:textId="305AD1C2" w:rsidR="00856724" w:rsidRDefault="00ED318B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9268093" wp14:editId="6F426E33">
          <wp:simplePos x="0" y="0"/>
          <wp:positionH relativeFrom="column">
            <wp:posOffset>-674082</wp:posOffset>
          </wp:positionH>
          <wp:positionV relativeFrom="paragraph">
            <wp:posOffset>228840</wp:posOffset>
          </wp:positionV>
          <wp:extent cx="6972300" cy="685165"/>
          <wp:effectExtent l="0" t="0" r="0" b="0"/>
          <wp:wrapTight wrapText="bothSides">
            <wp:wrapPolygon edited="0">
              <wp:start x="6197" y="9008"/>
              <wp:lineTo x="3423" y="12612"/>
              <wp:lineTo x="3423" y="15014"/>
              <wp:lineTo x="14223" y="15014"/>
              <wp:lineTo x="21482" y="13813"/>
              <wp:lineTo x="21541" y="11411"/>
              <wp:lineTo x="19121" y="9008"/>
              <wp:lineTo x="6197" y="9008"/>
            </wp:wrapPolygon>
          </wp:wrapTight>
          <wp:docPr id="2" name="Picture 2" descr="Immagine che contiene ner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mmagine che contiene nero&#10;&#10;Il contenuto generato dall'IA potrebbe non essere corretto."/>
                  <pic:cNvPicPr/>
                </pic:nvPicPr>
                <pic:blipFill>
                  <a:blip r:embed="rId1">
                    <a:duotone>
                      <a:prstClr val="black"/>
                      <a:schemeClr val="accent3">
                        <a:tint val="45000"/>
                        <a:satMod val="400000"/>
                      </a:schemeClr>
                    </a:duotone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5BDD5B2" wp14:editId="1D9D1190">
          <wp:simplePos x="0" y="0"/>
          <wp:positionH relativeFrom="column">
            <wp:posOffset>-377067</wp:posOffset>
          </wp:positionH>
          <wp:positionV relativeFrom="paragraph">
            <wp:posOffset>-267195</wp:posOffset>
          </wp:positionV>
          <wp:extent cx="1494155" cy="1558925"/>
          <wp:effectExtent l="0" t="0" r="0" b="3175"/>
          <wp:wrapTight wrapText="bothSides">
            <wp:wrapPolygon edited="0">
              <wp:start x="9639" y="0"/>
              <wp:lineTo x="7711" y="1320"/>
              <wp:lineTo x="5508" y="3695"/>
              <wp:lineTo x="5508" y="5807"/>
              <wp:lineTo x="6609" y="8974"/>
              <wp:lineTo x="1377" y="11350"/>
              <wp:lineTo x="826" y="11878"/>
              <wp:lineTo x="826" y="13989"/>
              <wp:lineTo x="9088" y="17421"/>
              <wp:lineTo x="10740" y="17421"/>
              <wp:lineTo x="6609" y="21380"/>
              <wp:lineTo x="13770" y="21380"/>
              <wp:lineTo x="10740" y="17421"/>
              <wp:lineTo x="21205" y="14781"/>
              <wp:lineTo x="21205" y="11350"/>
              <wp:lineTo x="15973" y="8974"/>
              <wp:lineTo x="17074" y="3959"/>
              <wp:lineTo x="13770" y="792"/>
              <wp:lineTo x="12393" y="0"/>
              <wp:lineTo x="9639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M_logo_A_full_transpar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4155" cy="1558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DA358D"/>
    <w:multiLevelType w:val="hybridMultilevel"/>
    <w:tmpl w:val="4886C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43D9F"/>
    <w:multiLevelType w:val="hybridMultilevel"/>
    <w:tmpl w:val="7F648A44"/>
    <w:lvl w:ilvl="0" w:tplc="BEA8C43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7229D"/>
    <w:multiLevelType w:val="hybridMultilevel"/>
    <w:tmpl w:val="9A52B764"/>
    <w:lvl w:ilvl="0" w:tplc="BEA8C43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949598">
    <w:abstractNumId w:val="8"/>
  </w:num>
  <w:num w:numId="2" w16cid:durableId="587348353">
    <w:abstractNumId w:val="6"/>
  </w:num>
  <w:num w:numId="3" w16cid:durableId="1738094830">
    <w:abstractNumId w:val="5"/>
  </w:num>
  <w:num w:numId="4" w16cid:durableId="1388216240">
    <w:abstractNumId w:val="4"/>
  </w:num>
  <w:num w:numId="5" w16cid:durableId="1076250078">
    <w:abstractNumId w:val="7"/>
  </w:num>
  <w:num w:numId="6" w16cid:durableId="795293795">
    <w:abstractNumId w:val="3"/>
  </w:num>
  <w:num w:numId="7" w16cid:durableId="1831291305">
    <w:abstractNumId w:val="2"/>
  </w:num>
  <w:num w:numId="8" w16cid:durableId="1658655828">
    <w:abstractNumId w:val="1"/>
  </w:num>
  <w:num w:numId="9" w16cid:durableId="913275880">
    <w:abstractNumId w:val="0"/>
  </w:num>
  <w:num w:numId="10" w16cid:durableId="558856769">
    <w:abstractNumId w:val="11"/>
  </w:num>
  <w:num w:numId="11" w16cid:durableId="1606300736">
    <w:abstractNumId w:val="10"/>
  </w:num>
  <w:num w:numId="12" w16cid:durableId="734351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B57"/>
    <w:rsid w:val="0015074B"/>
    <w:rsid w:val="00242430"/>
    <w:rsid w:val="0029639D"/>
    <w:rsid w:val="00297FDB"/>
    <w:rsid w:val="002A1E74"/>
    <w:rsid w:val="002F78D4"/>
    <w:rsid w:val="00326F90"/>
    <w:rsid w:val="003E192C"/>
    <w:rsid w:val="003F0E5B"/>
    <w:rsid w:val="00560903"/>
    <w:rsid w:val="005B1008"/>
    <w:rsid w:val="005E1CC2"/>
    <w:rsid w:val="00795319"/>
    <w:rsid w:val="00806392"/>
    <w:rsid w:val="0083558E"/>
    <w:rsid w:val="00856724"/>
    <w:rsid w:val="008842F4"/>
    <w:rsid w:val="009B2148"/>
    <w:rsid w:val="00A36828"/>
    <w:rsid w:val="00AA1D8D"/>
    <w:rsid w:val="00AC7AD1"/>
    <w:rsid w:val="00B45137"/>
    <w:rsid w:val="00B47730"/>
    <w:rsid w:val="00B60143"/>
    <w:rsid w:val="00BE396B"/>
    <w:rsid w:val="00C27F13"/>
    <w:rsid w:val="00C9027D"/>
    <w:rsid w:val="00C979E8"/>
    <w:rsid w:val="00CB0664"/>
    <w:rsid w:val="00CB22BF"/>
    <w:rsid w:val="00D012D8"/>
    <w:rsid w:val="00D172C6"/>
    <w:rsid w:val="00D74D4C"/>
    <w:rsid w:val="00DD261A"/>
    <w:rsid w:val="00E61BD3"/>
    <w:rsid w:val="00EA3E6F"/>
    <w:rsid w:val="00ED1B5F"/>
    <w:rsid w:val="00ED318B"/>
    <w:rsid w:val="00F33196"/>
    <w:rsid w:val="00FA7E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372D8C"/>
  <w14:defaultImageDpi w14:val="300"/>
  <w15:docId w15:val="{60539D85-9F36-4C88-94D2-3E23A6FF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aae5b0-c83b-4c28-86ce-4b5195300856">
      <Terms xmlns="http://schemas.microsoft.com/office/infopath/2007/PartnerControls"/>
    </lcf76f155ced4ddcb4097134ff3c332f>
    <TaxCatchAll xmlns="a0d5d099-da1f-49c9-bd6f-93510fec21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7D71188B8E6648AAE1AD6FD0E83090" ma:contentTypeVersion="13" ma:contentTypeDescription="Creare un nuovo documento." ma:contentTypeScope="" ma:versionID="8839eea1cf9c4b1a9f902ac503abf4f6">
  <xsd:schema xmlns:xsd="http://www.w3.org/2001/XMLSchema" xmlns:xs="http://www.w3.org/2001/XMLSchema" xmlns:p="http://schemas.microsoft.com/office/2006/metadata/properties" xmlns:ns2="daaae5b0-c83b-4c28-86ce-4b5195300856" xmlns:ns3="a0d5d099-da1f-49c9-bd6f-93510fec2126" targetNamespace="http://schemas.microsoft.com/office/2006/metadata/properties" ma:root="true" ma:fieldsID="13cacba434571939f10260c2ff4dcdb6" ns2:_="" ns3:_="">
    <xsd:import namespace="daaae5b0-c83b-4c28-86ce-4b5195300856"/>
    <xsd:import namespace="a0d5d099-da1f-49c9-bd6f-93510fec2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e5b0-c83b-4c28-86ce-4b5195300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5d099-da1f-49c9-bd6f-93510fec21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6244e73-2ee7-43d5-bb7e-a3ce834daf33}" ma:internalName="TaxCatchAll" ma:showField="CatchAllData" ma:web="a0d5d099-da1f-49c9-bd6f-93510fec2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43C9B3-EB09-44A0-AD52-6783BA553D19}">
  <ds:schemaRefs>
    <ds:schemaRef ds:uri="http://schemas.microsoft.com/office/2006/metadata/properties"/>
    <ds:schemaRef ds:uri="http://schemas.microsoft.com/office/infopath/2007/PartnerControls"/>
    <ds:schemaRef ds:uri="daaae5b0-c83b-4c28-86ce-4b5195300856"/>
    <ds:schemaRef ds:uri="a0d5d099-da1f-49c9-bd6f-93510fec2126"/>
  </ds:schemaRefs>
</ds:datastoreItem>
</file>

<file path=customXml/itemProps2.xml><?xml version="1.0" encoding="utf-8"?>
<ds:datastoreItem xmlns:ds="http://schemas.openxmlformats.org/officeDocument/2006/customXml" ds:itemID="{153715FA-8601-4DE0-B0D7-67AA422B5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BE5A1D-C72E-4C8B-81B1-44697D7D2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ae5b0-c83b-4c28-86ce-4b5195300856"/>
    <ds:schemaRef ds:uri="a0d5d099-da1f-49c9-bd6f-93510fec2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Morittu</cp:lastModifiedBy>
  <cp:revision>8</cp:revision>
  <dcterms:created xsi:type="dcterms:W3CDTF">2026-02-03T10:44:00Z</dcterms:created>
  <dcterms:modified xsi:type="dcterms:W3CDTF">2026-04-02T08:49:00Z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0x010100C57D71188B8E6648AAE1AD6FD0E83090</vt:lpwstr>
  </property>
</Properties>
</file>