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36E24" w:rsidP="003E192C" w:rsidRDefault="00242430" w14:paraId="79CC2DC5" w14:textId="77777777">
      <w:pPr>
        <w:jc w:val="center"/>
        <w:rPr>
          <w:b/>
          <w:sz w:val="28"/>
        </w:rPr>
      </w:pPr>
      <w:r>
        <w:br/>
      </w:r>
    </w:p>
    <w:p w:rsidR="003E192C" w:rsidP="003E192C" w:rsidRDefault="003E192C" w14:paraId="7EB26E53" w14:textId="6265E341">
      <w:pPr>
        <w:jc w:val="center"/>
      </w:pPr>
      <w:r>
        <w:rPr>
          <w:b/>
          <w:sz w:val="28"/>
        </w:rPr>
        <w:t>Distretto Rurale del Meilogu</w:t>
      </w:r>
    </w:p>
    <w:p w:rsidR="003E192C" w:rsidP="003E192C" w:rsidRDefault="003E192C" w14:paraId="1E3F6010" w14:textId="77777777">
      <w:pPr>
        <w:jc w:val="center"/>
      </w:pPr>
      <w:r>
        <w:rPr>
          <w:b/>
          <w:sz w:val="28"/>
        </w:rPr>
        <w:t>ALLEGATO A</w:t>
      </w:r>
    </w:p>
    <w:p w:rsidR="003E192C" w:rsidP="003E192C" w:rsidRDefault="003E192C" w14:paraId="00550DAC" w14:textId="77777777">
      <w:pPr>
        <w:jc w:val="center"/>
      </w:pPr>
      <w:r>
        <w:rPr>
          <w:b/>
          <w:sz w:val="24"/>
        </w:rPr>
        <w:t>Domanda di iscrizione alla Short List dei professionisti</w:t>
      </w:r>
      <w:r>
        <w:rPr>
          <w:b/>
          <w:sz w:val="24"/>
        </w:rPr>
        <w:br/>
      </w:r>
      <w:r>
        <w:rPr>
          <w:b/>
          <w:sz w:val="24"/>
        </w:rPr>
        <w:t>(consulenti, tecnici ed esperti)</w:t>
      </w:r>
    </w:p>
    <w:p w:rsidR="003E192C" w:rsidP="003E192C" w:rsidRDefault="003E192C" w14:paraId="59FA3A60" w14:textId="77777777"/>
    <w:p w:rsidR="003E192C" w:rsidP="003E192C" w:rsidRDefault="003E192C" w14:paraId="6F9E6C3C" w14:textId="77777777">
      <w:r>
        <w:t>Spett.le Distretto Rurale del Meilogu</w:t>
      </w:r>
    </w:p>
    <w:p w:rsidR="003E192C" w:rsidP="003E192C" w:rsidRDefault="003E192C" w14:paraId="2BAB2F96" w14:textId="77777777">
      <w:r>
        <w:t>Via E. Berlinguer n. 23 - 07012 Bonorva (SS)</w:t>
      </w:r>
    </w:p>
    <w:p w:rsidR="003E192C" w:rsidP="003E192C" w:rsidRDefault="003E192C" w14:paraId="614D55A5" w14:textId="77777777">
      <w:r>
        <w:t>E-mail: drm@gallogudorogoceno.com | PEC: distrettoruralemeilogu@pec.it</w:t>
      </w:r>
    </w:p>
    <w:p w:rsidR="003E192C" w:rsidP="003E192C" w:rsidRDefault="003E192C" w14:paraId="6EDB9812" w14:textId="77777777"/>
    <w:p w:rsidR="003E192C" w:rsidP="003E192C" w:rsidRDefault="003E192C" w14:paraId="7965D16A" w14:textId="77777777">
      <w:r>
        <w:t>Il/La sottoscritto/a ________________________________, nato/a a __________________ (___) il __/__/____,</w:t>
      </w:r>
    </w:p>
    <w:p w:rsidR="003E192C" w:rsidP="003E192C" w:rsidRDefault="003E192C" w14:paraId="521FB87B" w14:textId="77777777">
      <w:r>
        <w:t>Codice Fiscale ________________________________, residente in __________________ (___), Via/Piazza __________________ n. ____,</w:t>
      </w:r>
    </w:p>
    <w:p w:rsidR="003E192C" w:rsidP="003E192C" w:rsidRDefault="003E192C" w14:paraId="25F532F5" w14:textId="77777777">
      <w:r>
        <w:t>in qualità di (barrare): ☐ libero professionista  ☐ società/studio associato  ☐ lavoratore autonomo  ☐ altro ____________,</w:t>
      </w:r>
    </w:p>
    <w:p w:rsidR="003E192C" w:rsidP="003E192C" w:rsidRDefault="003E192C" w14:paraId="75F1C52F" w14:textId="429552B8">
      <w:r>
        <w:t>con sede (se diversa) in __________________ (___), Via/Piazza __________________ n. ____, CAP _________, P.IVA __________________,</w:t>
      </w:r>
      <w:r w:rsidR="00C979E8">
        <w:t xml:space="preserve"> </w:t>
      </w:r>
      <w:r>
        <w:t>tel. __________________, e-mail ______________________________, PEC __________________________________________,</w:t>
      </w:r>
    </w:p>
    <w:p w:rsidR="003E192C" w:rsidP="003E192C" w:rsidRDefault="003E192C" w14:paraId="5726A019" w14:textId="77777777"/>
    <w:p w:rsidR="003E192C" w:rsidP="003E192C" w:rsidRDefault="003E192C" w14:paraId="7FD8BB04" w14:textId="77777777">
      <w:pPr>
        <w:jc w:val="center"/>
      </w:pPr>
      <w:r>
        <w:rPr>
          <w:b/>
        </w:rPr>
        <w:t>CHIEDE</w:t>
      </w:r>
    </w:p>
    <w:p w:rsidR="003E192C" w:rsidP="003E192C" w:rsidRDefault="003E192C" w14:paraId="388B83C9" w14:textId="77777777">
      <w:r>
        <w:t>di essere inserito/a nella Short List dei professionisti del Distretto Rurale del Meilogu per le seguenti aree e sotto-ambiti (barrare):</w:t>
      </w:r>
    </w:p>
    <w:p w:rsidRPr="00C979E8" w:rsidR="003E192C" w:rsidP="003E192C" w:rsidRDefault="003E192C" w14:paraId="5B4B8F42" w14:textId="77777777">
      <w:pPr>
        <w:rPr>
          <w:b/>
          <w:bCs/>
          <w:u w:val="single"/>
        </w:rPr>
      </w:pPr>
      <w:r w:rsidRPr="00C979E8">
        <w:rPr>
          <w:b/>
          <w:bCs/>
          <w:u w:val="single"/>
        </w:rPr>
        <w:t>☐ A - Funzionamento e gestione del Distretto (OS1)</w:t>
      </w:r>
    </w:p>
    <w:p w:rsidR="003E192C" w:rsidP="003E192C" w:rsidRDefault="003E192C" w14:paraId="7CC3BDA0" w14:textId="77777777">
      <w:r>
        <w:t>☐ A.1 Coordinamento e gestione operativa del Distretto (project management, pianificazione, reporting).</w:t>
      </w:r>
    </w:p>
    <w:p w:rsidR="003E192C" w:rsidP="003E192C" w:rsidRDefault="003E192C" w14:paraId="7C4E9D7B" w14:textId="77777777">
      <w:r>
        <w:t>☐ A.2 Supporto amministrativo-contabile e rendicontazione (fascicolo di spesa, monitoraggi, controlli).</w:t>
      </w:r>
    </w:p>
    <w:p w:rsidR="003E192C" w:rsidP="003E192C" w:rsidRDefault="003E192C" w14:paraId="6EFC6959" w14:textId="77777777">
      <w:r>
        <w:t>☐ A.3 Supporto agli atti amministrativi e alle procedure (avvisi, verbali, atti, trasparenza).</w:t>
      </w:r>
    </w:p>
    <w:p w:rsidR="003E192C" w:rsidP="003E192C" w:rsidRDefault="003E192C" w14:paraId="64626A4D" w14:textId="77777777">
      <w:r>
        <w:t>☐ A.4 Supporto alla selezione di personale/consulenti (procedure, commissioni, HR).</w:t>
      </w:r>
    </w:p>
    <w:p w:rsidR="00EF39D2" w:rsidP="003E192C" w:rsidRDefault="00EF39D2" w14:paraId="44E6296C" w14:textId="77777777"/>
    <w:p w:rsidR="00EF39D2" w:rsidP="003E192C" w:rsidRDefault="00EF39D2" w14:paraId="2D254D0A" w14:textId="77777777"/>
    <w:p w:rsidR="003E192C" w:rsidP="003E192C" w:rsidRDefault="003E192C" w14:paraId="2E94E643" w14:textId="77777777"/>
    <w:p w:rsidRPr="00C979E8" w:rsidR="003E192C" w:rsidP="003E192C" w:rsidRDefault="003E192C" w14:paraId="21526D76" w14:textId="77777777">
      <w:pPr>
        <w:rPr>
          <w:b/>
          <w:bCs/>
          <w:u w:val="single"/>
        </w:rPr>
      </w:pPr>
      <w:r w:rsidRPr="00C979E8">
        <w:rPr>
          <w:b/>
          <w:bCs/>
          <w:u w:val="single"/>
        </w:rPr>
        <w:t>☐ B - Progettazione e supporto a investimenti delle imprese (OS2)</w:t>
      </w:r>
    </w:p>
    <w:p w:rsidR="003E192C" w:rsidP="003E192C" w:rsidRDefault="003E192C" w14:paraId="723E0887" w14:textId="77777777">
      <w:r>
        <w:t>☐ B.1 Agronomo/tecnico per analisi aziendale e pianificazione investimenti.</w:t>
      </w:r>
    </w:p>
    <w:p w:rsidR="003E192C" w:rsidP="003E192C" w:rsidRDefault="003E192C" w14:paraId="50DA19E1" w14:textId="77777777">
      <w:r>
        <w:t>☐ B.2 Progettista/esperto bandi di filiera e finanziamenti; predisposizione domande.</w:t>
      </w:r>
    </w:p>
    <w:p w:rsidR="003E192C" w:rsidP="003E192C" w:rsidRDefault="003E192C" w14:paraId="5A1FA9DF" w14:textId="77777777">
      <w:r>
        <w:t>☐ B.3 Consulenze specialistiche a chiamata (ingegneria/impianti, energia, edilizia rurale, sicurezza, paesaggistica, ecc.).</w:t>
      </w:r>
    </w:p>
    <w:p w:rsidR="003E192C" w:rsidP="003E192C" w:rsidRDefault="003E192C" w14:paraId="0BC4C7C0" w14:textId="77777777">
      <w:r>
        <w:t>☐ B.4 Facilitazione e incontri tecnici con imprese; raccolta esigenze e schede impresa.</w:t>
      </w:r>
    </w:p>
    <w:p w:rsidR="003E192C" w:rsidP="003E192C" w:rsidRDefault="003E192C" w14:paraId="172FCE45" w14:textId="77777777">
      <w:r>
        <w:t>☐ B.5 Supervisione investimenti e supporto alla rendicontazione delle imprese.</w:t>
      </w:r>
    </w:p>
    <w:p w:rsidR="003E192C" w:rsidP="003E192C" w:rsidRDefault="003E192C" w14:paraId="2008E56A" w14:textId="77777777">
      <w:r>
        <w:t>☐ B.6 Strumenti e missioni tecniche (banche dati/monitoraggi, sopralluoghi, raccolta evidenze).</w:t>
      </w:r>
    </w:p>
    <w:p w:rsidR="003E192C" w:rsidP="003E192C" w:rsidRDefault="003E192C" w14:paraId="1055DDC4" w14:textId="77777777"/>
    <w:p w:rsidRPr="00C979E8" w:rsidR="003E192C" w:rsidP="003E192C" w:rsidRDefault="003E192C" w14:paraId="49295BE7" w14:textId="77777777">
      <w:pPr>
        <w:rPr>
          <w:b/>
          <w:bCs/>
          <w:u w:val="single"/>
        </w:rPr>
      </w:pPr>
      <w:r w:rsidRPr="00C979E8">
        <w:rPr>
          <w:b/>
          <w:bCs/>
          <w:u w:val="single"/>
        </w:rPr>
        <w:t>☐ C - Animazione territoriale, eventi e comunicazione (OS3)</w:t>
      </w:r>
    </w:p>
    <w:p w:rsidR="003E192C" w:rsidP="003E192C" w:rsidRDefault="003E192C" w14:paraId="52B7937E" w14:textId="77777777">
      <w:r>
        <w:t>☐ C.1 Organizzazione convegni/seminari/tavoli tecnici; segreteria organizzativa e report.</w:t>
      </w:r>
    </w:p>
    <w:p w:rsidR="003E192C" w:rsidP="003E192C" w:rsidRDefault="003E192C" w14:paraId="67A23C29" w14:textId="77777777">
      <w:r>
        <w:t>☐ C.2 Comunicazione e social media management (piano editoriale, community, campagne).</w:t>
      </w:r>
    </w:p>
    <w:p w:rsidR="003E192C" w:rsidP="003E192C" w:rsidRDefault="003E192C" w14:paraId="55EAE69B" w14:textId="77777777">
      <w:r>
        <w:t>☐ C.3 Produzione contenuti digitali (grafica, foto/video, brochure, infografiche, copywriting).</w:t>
      </w:r>
    </w:p>
    <w:p w:rsidR="003E192C" w:rsidP="003E192C" w:rsidRDefault="003E192C" w14:paraId="2F9DAFDC" w14:textId="77777777">
      <w:r>
        <w:t>☐ C.4 Ufficio stampa e media relations - se necessario.</w:t>
      </w:r>
    </w:p>
    <w:p w:rsidR="003E192C" w:rsidP="003E192C" w:rsidRDefault="003E192C" w14:paraId="4F7065CF" w14:textId="77777777"/>
    <w:p w:rsidRPr="00C979E8" w:rsidR="003E192C" w:rsidP="003E192C" w:rsidRDefault="003E192C" w14:paraId="25FE9CB4" w14:textId="77777777">
      <w:pPr>
        <w:rPr>
          <w:b/>
          <w:bCs/>
          <w:u w:val="single"/>
        </w:rPr>
      </w:pPr>
      <w:r w:rsidRPr="00C979E8">
        <w:rPr>
          <w:b/>
          <w:bCs/>
          <w:u w:val="single"/>
        </w:rPr>
        <w:t>☐ D - ICT, sito web e strumenti digitali (OS3)</w:t>
      </w:r>
    </w:p>
    <w:p w:rsidR="003E192C" w:rsidP="003E192C" w:rsidRDefault="003E192C" w14:paraId="33CE6B73" w14:textId="77777777">
      <w:r>
        <w:t>☐ D.1 Progettazione, sviluppo e manutenzione del sito web del Distretto (CMS, hosting, aggiornamenti).</w:t>
      </w:r>
    </w:p>
    <w:p w:rsidR="003E192C" w:rsidP="003E192C" w:rsidRDefault="003E192C" w14:paraId="10FCEE40" w14:textId="77777777">
      <w:r>
        <w:t>☐ D.2 SEO/analytics, accessibilità, sicurezza e adeguamenti privacy/cookie.</w:t>
      </w:r>
    </w:p>
    <w:p w:rsidR="003E192C" w:rsidP="003E192C" w:rsidRDefault="003E192C" w14:paraId="524CCE10" w14:textId="77777777">
      <w:r>
        <w:t>☐ D.3 Gestione dati e strumenti digitali di lavoro (repository, database, strumenti collaborativi).</w:t>
      </w:r>
    </w:p>
    <w:p w:rsidR="003E192C" w:rsidP="003E192C" w:rsidRDefault="003E192C" w14:paraId="678A1A38" w14:textId="77777777"/>
    <w:p w:rsidRPr="00EF39D2" w:rsidR="003E192C" w:rsidP="003E192C" w:rsidRDefault="003E192C" w14:paraId="381CD174" w14:textId="77777777">
      <w:pPr>
        <w:rPr>
          <w:b/>
          <w:bCs/>
          <w:u w:val="single"/>
        </w:rPr>
      </w:pPr>
      <w:r w:rsidRPr="00EF39D2">
        <w:rPr>
          <w:b/>
          <w:bCs/>
          <w:u w:val="single"/>
        </w:rPr>
        <w:t>☐ E - Cooperazione, networking, ricerca e mappatura (OS4)</w:t>
      </w:r>
    </w:p>
    <w:p w:rsidR="003E192C" w:rsidP="003E192C" w:rsidRDefault="003E192C" w14:paraId="449C1353" w14:textId="77777777">
      <w:r>
        <w:t>☐ E.1 Networking e relazioni inter-distrettuali (Consulta, partenariati, accordi).</w:t>
      </w:r>
    </w:p>
    <w:p w:rsidR="003E192C" w:rsidP="003E192C" w:rsidRDefault="003E192C" w14:paraId="329E3C3B" w14:textId="77777777">
      <w:r>
        <w:t>☐ E.2 Organizzazione workshop e visite studio inter-distrettuali.</w:t>
      </w:r>
    </w:p>
    <w:p w:rsidR="003E192C" w:rsidP="003E192C" w:rsidRDefault="003E192C" w14:paraId="7B797E8B" w14:textId="77777777">
      <w:r>
        <w:t>☐ E.3 Ricerca e mappatura territorio: database aziende/prodotti, analisi territoriali (anche GIS).</w:t>
      </w:r>
    </w:p>
    <w:p w:rsidR="003E192C" w:rsidP="003E192C" w:rsidRDefault="003E192C" w14:paraId="7EF895E6" w14:textId="77777777"/>
    <w:p w:rsidR="00EF39D2" w:rsidP="003E192C" w:rsidRDefault="00EF39D2" w14:paraId="132E4FA1" w14:textId="77777777">
      <w:pPr>
        <w:rPr>
          <w:b/>
          <w:sz w:val="24"/>
        </w:rPr>
      </w:pPr>
    </w:p>
    <w:p w:rsidR="00EF39D2" w:rsidP="003E192C" w:rsidRDefault="00EF39D2" w14:paraId="3390CD38" w14:textId="77777777">
      <w:pPr>
        <w:rPr>
          <w:b/>
          <w:sz w:val="24"/>
        </w:rPr>
      </w:pPr>
    </w:p>
    <w:p w:rsidR="003E192C" w:rsidP="003E192C" w:rsidRDefault="003E192C" w14:paraId="219B9F0E" w14:textId="1919F08F">
      <w:r>
        <w:rPr>
          <w:b/>
          <w:sz w:val="24"/>
        </w:rPr>
        <w:t>DICHIARA (ai sensi del D.P.R. 445/2000)</w:t>
      </w:r>
    </w:p>
    <w:p w:rsidR="003E192C" w:rsidP="00D10D0A" w:rsidRDefault="003E192C" w14:paraId="6A31915C" w14:textId="77777777">
      <w:pPr>
        <w:pStyle w:val="Puntoelenco"/>
        <w:jc w:val="both"/>
      </w:pPr>
      <w:r>
        <w:t>di essere in possesso dei requisiti di cui all’Avviso pubblico;</w:t>
      </w:r>
    </w:p>
    <w:p w:rsidR="003E192C" w:rsidP="00D10D0A" w:rsidRDefault="003E192C" w14:paraId="0AA255E2" w14:textId="77777777">
      <w:pPr>
        <w:pStyle w:val="Puntoelenco"/>
        <w:jc w:val="both"/>
      </w:pPr>
      <w:r>
        <w:t>di non trovarsi in situazioni ostative a contrattare con la Pubblica Amministrazione (ove applicabile);</w:t>
      </w:r>
    </w:p>
    <w:p w:rsidR="003E192C" w:rsidP="00D10D0A" w:rsidRDefault="003E192C" w14:paraId="10C58251" w14:textId="77777777">
      <w:pPr>
        <w:pStyle w:val="Puntoelenco"/>
        <w:jc w:val="both"/>
      </w:pPr>
      <w:r>
        <w:t>di accettare integralmente le condizioni dell’Avviso e di impegnarsi a comunicare tempestivamente ogni variazione dei requisiti dichiarati;</w:t>
      </w:r>
    </w:p>
    <w:p w:rsidR="003E192C" w:rsidP="00D10D0A" w:rsidRDefault="003E192C" w14:paraId="04250E48" w14:textId="77777777">
      <w:pPr>
        <w:pStyle w:val="Puntoelenco"/>
        <w:jc w:val="both"/>
      </w:pPr>
      <w:r>
        <w:t>di essere consapevole che l’iscrizione non comporta alcun diritto all’affidamento di incarichi;</w:t>
      </w:r>
    </w:p>
    <w:p w:rsidR="003E192C" w:rsidP="00D10D0A" w:rsidRDefault="003E192C" w14:paraId="1CA1A41E" w14:textId="77777777">
      <w:pPr>
        <w:pStyle w:val="Puntoelenco"/>
        <w:jc w:val="both"/>
        <w:rPr/>
      </w:pPr>
      <w:r w:rsidR="003E192C">
        <w:rPr/>
        <w:t xml:space="preserve">di non </w:t>
      </w:r>
      <w:r w:rsidR="003E192C">
        <w:rPr/>
        <w:t>trovarsi</w:t>
      </w:r>
      <w:r w:rsidR="003E192C">
        <w:rPr/>
        <w:t xml:space="preserve"> in </w:t>
      </w:r>
      <w:r w:rsidR="003E192C">
        <w:rPr/>
        <w:t>situazione</w:t>
      </w:r>
      <w:r w:rsidR="003E192C">
        <w:rPr/>
        <w:t xml:space="preserve"> di </w:t>
      </w:r>
      <w:r w:rsidR="003E192C">
        <w:rPr/>
        <w:t>conflitto</w:t>
      </w:r>
      <w:r w:rsidR="003E192C">
        <w:rPr/>
        <w:t xml:space="preserve"> di </w:t>
      </w:r>
      <w:r w:rsidR="003E192C">
        <w:rPr/>
        <w:t>interessi</w:t>
      </w:r>
      <w:r w:rsidR="003E192C">
        <w:rPr/>
        <w:t xml:space="preserve"> rispetto alle </w:t>
      </w:r>
      <w:r w:rsidR="003E192C">
        <w:rPr/>
        <w:t>attività</w:t>
      </w:r>
      <w:r w:rsidR="003E192C">
        <w:rPr/>
        <w:t xml:space="preserve"> del Distretto (</w:t>
      </w:r>
      <w:r w:rsidR="003E192C">
        <w:rPr/>
        <w:t>ovvero</w:t>
      </w:r>
      <w:r w:rsidR="003E192C">
        <w:rPr/>
        <w:t xml:space="preserve"> di </w:t>
      </w:r>
      <w:r w:rsidR="003E192C">
        <w:rPr/>
        <w:t>impegnarsi</w:t>
      </w:r>
      <w:r w:rsidR="003E192C">
        <w:rPr/>
        <w:t xml:space="preserve"> a </w:t>
      </w:r>
      <w:r w:rsidR="003E192C">
        <w:rPr/>
        <w:t>dichiararlo</w:t>
      </w:r>
      <w:r w:rsidR="003E192C">
        <w:rPr/>
        <w:t xml:space="preserve"> prima di </w:t>
      </w:r>
      <w:r w:rsidR="003E192C">
        <w:rPr/>
        <w:t>eventuali</w:t>
      </w:r>
      <w:r w:rsidR="003E192C">
        <w:rPr/>
        <w:t xml:space="preserve"> </w:t>
      </w:r>
      <w:r w:rsidR="003E192C">
        <w:rPr/>
        <w:t>incarichi</w:t>
      </w:r>
      <w:r w:rsidR="003E192C">
        <w:rPr/>
        <w:t>).</w:t>
      </w:r>
    </w:p>
    <w:p w:rsidR="5A75ADC6" w:rsidP="5A75ADC6" w:rsidRDefault="5A75ADC6" w14:paraId="3ADA9873" w14:textId="713BCD3D">
      <w:pPr>
        <w:pStyle w:val="Puntoelenco"/>
        <w:numPr>
          <w:ilvl w:val="0"/>
          <w:numId w:val="0"/>
        </w:numPr>
        <w:jc w:val="both"/>
      </w:pPr>
    </w:p>
    <w:p w:rsidR="5A75ADC6" w:rsidP="5A75ADC6" w:rsidRDefault="5A75ADC6" w14:paraId="26D27E9B" w14:textId="6023B31C">
      <w:pPr>
        <w:pStyle w:val="Puntoelenco"/>
        <w:numPr>
          <w:ilvl w:val="0"/>
          <w:numId w:val="0"/>
        </w:numPr>
        <w:jc w:val="both"/>
      </w:pPr>
    </w:p>
    <w:p w:rsidR="003E192C" w:rsidP="003E192C" w:rsidRDefault="003E192C" w14:paraId="0021E313" w14:textId="77777777">
      <w:r>
        <w:rPr>
          <w:b/>
          <w:sz w:val="24"/>
        </w:rPr>
        <w:t>ALLEGATI</w:t>
      </w:r>
    </w:p>
    <w:p w:rsidR="003E192C" w:rsidP="00D10D0A" w:rsidRDefault="003E192C" w14:paraId="2F111104" w14:textId="6F093274">
      <w:pPr>
        <w:pStyle w:val="Puntoelenco"/>
        <w:jc w:val="both"/>
      </w:pPr>
      <w:r>
        <w:t>Curriculum vitae</w:t>
      </w:r>
      <w:r w:rsidR="00D10D0A">
        <w:t xml:space="preserve"> in formato europeo</w:t>
      </w:r>
      <w:r>
        <w:t xml:space="preserve"> aggiornato, </w:t>
      </w:r>
      <w:r w:rsidR="00C80180">
        <w:t>sottoscritto.</w:t>
      </w:r>
    </w:p>
    <w:p w:rsidR="00EF39D2" w:rsidP="00D10D0A" w:rsidRDefault="00EF39D2" w14:paraId="22090715" w14:textId="7E829583">
      <w:pPr>
        <w:pStyle w:val="Puntoelenco"/>
        <w:jc w:val="both"/>
      </w:pPr>
      <w:r>
        <w:t>Allegato B – Autorizzazione dati personali;</w:t>
      </w:r>
    </w:p>
    <w:p w:rsidR="003E192C" w:rsidP="00D10D0A" w:rsidRDefault="003E192C" w14:paraId="3CC69A60" w14:textId="77777777">
      <w:pPr>
        <w:pStyle w:val="Puntoelenco"/>
        <w:jc w:val="both"/>
      </w:pPr>
      <w:r>
        <w:t>Copia documento di identità del sottoscrittore;</w:t>
      </w:r>
    </w:p>
    <w:p w:rsidR="003E192C" w:rsidP="00D10D0A" w:rsidRDefault="003E192C" w14:paraId="2A1D2786" w14:textId="77777777">
      <w:pPr>
        <w:pStyle w:val="Puntoelenco"/>
        <w:jc w:val="both"/>
      </w:pPr>
      <w:r>
        <w:t>Eventuali attestazioni/iscrizioni ad albi/ordini, certificazioni, portfolio lavori (se pertinenti);</w:t>
      </w:r>
    </w:p>
    <w:p w:rsidR="003E192C" w:rsidP="00D10D0A" w:rsidRDefault="003E192C" w14:paraId="3B820091" w14:textId="77777777">
      <w:pPr>
        <w:pStyle w:val="Puntoelenco"/>
        <w:jc w:val="both"/>
      </w:pPr>
      <w:r>
        <w:t>Per società/studi: visura/atto costitutivo e documento poteri di firma (se applicabile).</w:t>
      </w:r>
    </w:p>
    <w:p w:rsidR="003E192C" w:rsidP="003E192C" w:rsidRDefault="003E192C" w14:paraId="055CA00F" w14:textId="77777777">
      <w:r>
        <w:rPr>
          <w:b/>
          <w:sz w:val="24"/>
        </w:rPr>
        <w:t>INFORMATIVA PRIVACY</w:t>
      </w:r>
    </w:p>
    <w:p w:rsidR="003E192C" w:rsidP="00D10D0A" w:rsidRDefault="003E192C" w14:paraId="4D7509B5" w14:textId="77777777">
      <w:pPr>
        <w:jc w:val="both"/>
      </w:pPr>
      <w:r>
        <w:t>Il/La sottoscritto/a dichiara di aver preso visione dell’informativa sul trattamento dei dati personali contenuta nell’Avviso e presta il consenso al trattamento dei dati per le finalità ivi indicate.</w:t>
      </w:r>
    </w:p>
    <w:p w:rsidR="003E192C" w:rsidP="003E192C" w:rsidRDefault="003E192C" w14:paraId="1E024FAE" w14:textId="77777777"/>
    <w:p w:rsidR="003E192C" w:rsidP="003E192C" w:rsidRDefault="003E192C" w14:paraId="59B78167" w14:textId="77777777">
      <w:r>
        <w:t>Luogo e data: ____________________________</w:t>
      </w:r>
    </w:p>
    <w:p w:rsidRPr="00F654FF" w:rsidR="00F33196" w:rsidP="00A36828" w:rsidRDefault="003E192C" w14:paraId="5BD2F79C" w14:textId="76F32A9D">
      <w:r>
        <w:t>Firma (leggibile): _________________________</w:t>
      </w:r>
    </w:p>
    <w:p w:rsidRPr="003E192C" w:rsidR="00795319" w:rsidP="00795319" w:rsidRDefault="00795319" w14:paraId="73886D43" w14:textId="1F7F2BFA">
      <w:pPr>
        <w:rPr>
          <w:b/>
          <w:bCs/>
        </w:rPr>
      </w:pPr>
    </w:p>
    <w:p w:rsidR="00795319" w:rsidP="00795319" w:rsidRDefault="00795319" w14:paraId="53D4899E" w14:textId="4C4D38F1">
      <w:r>
        <w:rPr>
          <w:b/>
        </w:rPr>
        <w:t>“DISTRETTO RURALE DEL MEILOGU”</w:t>
      </w:r>
    </w:p>
    <w:p w:rsidR="00795319" w:rsidP="00795319" w:rsidRDefault="00795319" w14:paraId="1BB049FE" w14:textId="77777777">
      <w:r>
        <w:rPr>
          <w:b/>
        </w:rPr>
        <w:t xml:space="preserve">Indirizzo: </w:t>
      </w:r>
      <w:r>
        <w:t>Via E. Berlinguer n° 23, Bonorva, 07012 (SS)</w:t>
      </w:r>
    </w:p>
    <w:p w:rsidR="00795319" w:rsidP="00795319" w:rsidRDefault="00795319" w14:paraId="551355B6" w14:textId="77777777">
      <w:r>
        <w:rPr>
          <w:b/>
        </w:rPr>
        <w:t xml:space="preserve">C.F.: </w:t>
      </w:r>
      <w:r>
        <w:t>92178830904</w:t>
      </w:r>
    </w:p>
    <w:p w:rsidR="00795319" w:rsidP="00795319" w:rsidRDefault="00795319" w14:paraId="61CC090C" w14:textId="77777777">
      <w:r>
        <w:rPr>
          <w:b/>
        </w:rPr>
        <w:t xml:space="preserve">Email: </w:t>
      </w:r>
      <w:r>
        <w:t>drm@gallogudorogoceno.com</w:t>
      </w:r>
    </w:p>
    <w:p w:rsidR="00795319" w:rsidP="00795319" w:rsidRDefault="00795319" w14:paraId="6B83FAB5" w14:textId="77777777">
      <w:r>
        <w:rPr>
          <w:b/>
        </w:rPr>
        <w:t xml:space="preserve">PEC: </w:t>
      </w:r>
      <w:r>
        <w:t>distrettoruralemeilogu@pec.it</w:t>
      </w:r>
    </w:p>
    <w:p w:rsidR="00856724" w:rsidRDefault="00856724" w14:paraId="3DD5570B" w14:textId="4135DA6E"/>
    <w:sectPr w:rsidR="00856724" w:rsidSect="00034616">
      <w:headerReference w:type="default" r:id="rId8"/>
      <w:footerReference w:type="default" r:id="rId9"/>
      <w:pgSz w:w="11906" w:h="16838" w:orient="portrait"/>
      <w:pgMar w:top="1247" w:right="1417" w:bottom="124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53BA1" w:rsidRDefault="00753BA1" w14:paraId="0EB6E9E8" w14:textId="77777777">
      <w:pPr>
        <w:spacing w:after="0" w:line="240" w:lineRule="auto"/>
      </w:pPr>
      <w:r>
        <w:separator/>
      </w:r>
    </w:p>
  </w:endnote>
  <w:endnote w:type="continuationSeparator" w:id="0">
    <w:p w:rsidR="00753BA1" w:rsidRDefault="00753BA1" w14:paraId="781B347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795319" w:rsidP="00795319" w:rsidRDefault="00D10D0A" w14:paraId="5F8AEB37" w14:textId="4855F1B5">
    <w:pPr>
      <w:pStyle w:val="Pidipagina"/>
      <w:jc w:val="center"/>
      <w:rPr>
        <w:color w:val="787878"/>
        <w:sz w:val="18"/>
        <w:szCs w:val="18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74C2B668" wp14:editId="471662E3">
          <wp:simplePos x="0" y="0"/>
          <wp:positionH relativeFrom="margin">
            <wp:posOffset>-669290</wp:posOffset>
          </wp:positionH>
          <wp:positionV relativeFrom="paragraph">
            <wp:posOffset>64135</wp:posOffset>
          </wp:positionV>
          <wp:extent cx="628015" cy="655320"/>
          <wp:effectExtent l="0" t="0" r="635" b="0"/>
          <wp:wrapTight wrapText="bothSides">
            <wp:wrapPolygon edited="0">
              <wp:start x="7207" y="0"/>
              <wp:lineTo x="4586" y="3767"/>
              <wp:lineTo x="5242" y="8163"/>
              <wp:lineTo x="10483" y="10674"/>
              <wp:lineTo x="655" y="10674"/>
              <wp:lineTo x="0" y="11930"/>
              <wp:lineTo x="3276" y="16326"/>
              <wp:lineTo x="19656" y="16326"/>
              <wp:lineTo x="20967" y="13186"/>
              <wp:lineTo x="20967" y="10674"/>
              <wp:lineTo x="16380" y="10047"/>
              <wp:lineTo x="17691" y="4395"/>
              <wp:lineTo x="14415" y="0"/>
              <wp:lineTo x="7207" y="0"/>
            </wp:wrapPolygon>
          </wp:wrapTight>
          <wp:docPr id="1832666396" name="Picture 1" descr="Immagine che contiene testo, cerchio, schermata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2666396" name="Picture 1" descr="Immagine che contiene testo, cerchio, schermata, logo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8015" cy="655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95319" w:rsidR="00242430">
      <w:rPr>
        <w:color w:val="787878"/>
        <w:sz w:val="18"/>
        <w:szCs w:val="18"/>
      </w:rPr>
      <w:t xml:space="preserve">Distretto Rurale del Meilogu • </w:t>
    </w:r>
    <w:r w:rsidRPr="00795319" w:rsidR="00795319">
      <w:rPr>
        <w:color w:val="787878"/>
        <w:sz w:val="18"/>
        <w:szCs w:val="18"/>
      </w:rPr>
      <w:t xml:space="preserve">Via </w:t>
    </w:r>
    <w:r w:rsidRPr="00795319" w:rsidR="00F33196">
      <w:rPr>
        <w:color w:val="787878"/>
        <w:sz w:val="18"/>
        <w:szCs w:val="18"/>
      </w:rPr>
      <w:t>E. Berlinguer</w:t>
    </w:r>
    <w:r w:rsidRPr="00795319" w:rsidR="00242430">
      <w:rPr>
        <w:color w:val="787878"/>
        <w:sz w:val="18"/>
        <w:szCs w:val="18"/>
      </w:rPr>
      <w:t xml:space="preserve"> • </w:t>
    </w:r>
    <w:r w:rsidRPr="00795319" w:rsidR="00795319">
      <w:rPr>
        <w:color w:val="787878"/>
        <w:sz w:val="18"/>
        <w:szCs w:val="18"/>
      </w:rPr>
      <w:t>07012</w:t>
    </w:r>
    <w:r w:rsidRPr="00795319" w:rsidR="00242430">
      <w:rPr>
        <w:color w:val="787878"/>
        <w:sz w:val="18"/>
        <w:szCs w:val="18"/>
      </w:rPr>
      <w:t xml:space="preserve"> • </w:t>
    </w:r>
    <w:r w:rsidRPr="00795319" w:rsidR="00795319">
      <w:rPr>
        <w:color w:val="787878"/>
        <w:sz w:val="18"/>
        <w:szCs w:val="18"/>
      </w:rPr>
      <w:t xml:space="preserve">Bonorva </w:t>
    </w:r>
    <w:r w:rsidR="00795319">
      <w:rPr>
        <w:color w:val="787878"/>
        <w:sz w:val="18"/>
        <w:szCs w:val="18"/>
      </w:rPr>
      <w:t xml:space="preserve">(SS) </w:t>
    </w:r>
    <w:r w:rsidRPr="00795319" w:rsidR="00795319">
      <w:rPr>
        <w:color w:val="787878"/>
        <w:sz w:val="18"/>
        <w:szCs w:val="18"/>
      </w:rPr>
      <w:t xml:space="preserve">• </w:t>
    </w:r>
    <w:r w:rsidRPr="00795319" w:rsidR="00F33196">
      <w:rPr>
        <w:color w:val="787878"/>
        <w:sz w:val="18"/>
        <w:szCs w:val="18"/>
      </w:rPr>
      <w:t>CF:</w:t>
    </w:r>
    <w:r w:rsidRPr="00795319" w:rsidR="00795319">
      <w:rPr>
        <w:color w:val="787878"/>
        <w:sz w:val="18"/>
        <w:szCs w:val="18"/>
      </w:rPr>
      <w:t xml:space="preserve"> 92178830904</w:t>
    </w:r>
    <w:r w:rsidRPr="00795319" w:rsidR="00242430">
      <w:rPr>
        <w:color w:val="787878"/>
        <w:sz w:val="18"/>
        <w:szCs w:val="18"/>
      </w:rPr>
      <w:t xml:space="preserve"> </w:t>
    </w:r>
  </w:p>
  <w:p w:rsidRPr="00795319" w:rsidR="00856724" w:rsidP="00795319" w:rsidRDefault="00242430" w14:paraId="3148411E" w14:textId="5DB6C950">
    <w:pPr>
      <w:pStyle w:val="Pidipagina"/>
      <w:jc w:val="center"/>
      <w:rPr>
        <w:sz w:val="18"/>
        <w:szCs w:val="18"/>
      </w:rPr>
    </w:pPr>
    <w:r w:rsidRPr="00795319">
      <w:rPr>
        <w:color w:val="787878"/>
        <w:sz w:val="18"/>
        <w:szCs w:val="18"/>
      </w:rPr>
      <w:t xml:space="preserve">• </w:t>
    </w:r>
    <w:r w:rsidRPr="00795319" w:rsidR="00F33196">
      <w:rPr>
        <w:color w:val="787878"/>
        <w:sz w:val="18"/>
        <w:szCs w:val="18"/>
      </w:rPr>
      <w:t>PEC:</w:t>
    </w:r>
    <w:r w:rsidRPr="00795319" w:rsidR="00795319">
      <w:rPr>
        <w:color w:val="787878"/>
        <w:sz w:val="18"/>
        <w:szCs w:val="18"/>
      </w:rPr>
      <w:t xml:space="preserve"> </w:t>
    </w:r>
    <w:r w:rsidRPr="00795319" w:rsidR="00F33196">
      <w:rPr>
        <w:color w:val="787878"/>
        <w:sz w:val="18"/>
        <w:szCs w:val="18"/>
      </w:rPr>
      <w:t>distrettoruralemeilogu@pec.it •</w:t>
    </w:r>
    <w:r w:rsidRPr="00795319" w:rsidR="00795319">
      <w:rPr>
        <w:color w:val="787878"/>
        <w:sz w:val="18"/>
        <w:szCs w:val="18"/>
      </w:rPr>
      <w:t xml:space="preserve"> </w:t>
    </w:r>
    <w:r w:rsidRPr="00795319" w:rsidR="00F33196">
      <w:rPr>
        <w:color w:val="787878"/>
        <w:sz w:val="18"/>
        <w:szCs w:val="18"/>
      </w:rPr>
      <w:t>Mail:</w:t>
    </w:r>
    <w:r w:rsidRPr="00795319" w:rsidR="00795319">
      <w:rPr>
        <w:color w:val="787878"/>
        <w:sz w:val="18"/>
        <w:szCs w:val="18"/>
      </w:rPr>
      <w:t xml:space="preserve"> drm@gallogudorogoceno.com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53BA1" w:rsidRDefault="00753BA1" w14:paraId="50D7C47C" w14:textId="77777777">
      <w:pPr>
        <w:spacing w:after="0" w:line="240" w:lineRule="auto"/>
      </w:pPr>
      <w:r>
        <w:separator/>
      </w:r>
    </w:p>
  </w:footnote>
  <w:footnote w:type="continuationSeparator" w:id="0">
    <w:p w:rsidR="00753BA1" w:rsidRDefault="00753BA1" w14:paraId="21BA084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856724" w:rsidRDefault="00D36E24" w14:paraId="41DDC4CB" w14:textId="3000E17F">
    <w:pPr>
      <w:pStyle w:val="Intestazione"/>
    </w:pPr>
    <w:r>
      <w:rPr>
        <w:noProof/>
      </w:rPr>
      <w:drawing>
        <wp:anchor distT="0" distB="0" distL="114300" distR="114300" simplePos="0" relativeHeight="251657216" behindDoc="1" locked="0" layoutInCell="1" allowOverlap="1" wp14:anchorId="69268093" wp14:editId="2CD78068">
          <wp:simplePos x="0" y="0"/>
          <wp:positionH relativeFrom="margin">
            <wp:align>center</wp:align>
          </wp:positionH>
          <wp:positionV relativeFrom="paragraph">
            <wp:posOffset>347345</wp:posOffset>
          </wp:positionV>
          <wp:extent cx="6972300" cy="685165"/>
          <wp:effectExtent l="0" t="0" r="0" b="0"/>
          <wp:wrapTight wrapText="bothSides">
            <wp:wrapPolygon edited="0">
              <wp:start x="6197" y="9008"/>
              <wp:lineTo x="3423" y="12612"/>
              <wp:lineTo x="3423" y="15014"/>
              <wp:lineTo x="14223" y="15014"/>
              <wp:lineTo x="21482" y="13813"/>
              <wp:lineTo x="21541" y="11411"/>
              <wp:lineTo x="19121" y="9008"/>
              <wp:lineTo x="6197" y="9008"/>
            </wp:wrapPolygon>
          </wp:wrapTight>
          <wp:docPr id="2" name="Picture 2" descr="Immagine che contiene ner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Immagine che contiene nero&#10;&#10;Il contenuto generato dall'IA potrebbe non essere corretto."/>
                  <pic:cNvPicPr/>
                </pic:nvPicPr>
                <pic:blipFill>
                  <a:blip r:embed="rId1">
                    <a:duotone>
                      <a:prstClr val="black"/>
                      <a:schemeClr val="accent3">
                        <a:tint val="45000"/>
                        <a:satMod val="400000"/>
                      </a:schemeClr>
                    </a:duotone>
                    <a:alphaModFix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2300" cy="685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35BDD5B2" wp14:editId="410B73F6">
          <wp:simplePos x="0" y="0"/>
          <wp:positionH relativeFrom="margin">
            <wp:posOffset>-348018</wp:posOffset>
          </wp:positionH>
          <wp:positionV relativeFrom="paragraph">
            <wp:posOffset>-279732</wp:posOffset>
          </wp:positionV>
          <wp:extent cx="1494155" cy="1558925"/>
          <wp:effectExtent l="0" t="0" r="0" b="3175"/>
          <wp:wrapTight wrapText="bothSides">
            <wp:wrapPolygon edited="0">
              <wp:start x="9639" y="0"/>
              <wp:lineTo x="7711" y="1320"/>
              <wp:lineTo x="5508" y="3695"/>
              <wp:lineTo x="5508" y="5807"/>
              <wp:lineTo x="6609" y="8974"/>
              <wp:lineTo x="1377" y="11350"/>
              <wp:lineTo x="826" y="11878"/>
              <wp:lineTo x="826" y="13989"/>
              <wp:lineTo x="9088" y="17421"/>
              <wp:lineTo x="10740" y="17421"/>
              <wp:lineTo x="6609" y="21380"/>
              <wp:lineTo x="13770" y="21380"/>
              <wp:lineTo x="10740" y="17421"/>
              <wp:lineTo x="21205" y="14781"/>
              <wp:lineTo x="21205" y="11350"/>
              <wp:lineTo x="15973" y="8974"/>
              <wp:lineTo x="17074" y="3959"/>
              <wp:lineTo x="13770" y="792"/>
              <wp:lineTo x="12393" y="0"/>
              <wp:lineTo x="9639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M_logo_A_full_transparent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494155" cy="1558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672949598">
    <w:abstractNumId w:val="8"/>
  </w:num>
  <w:num w:numId="2" w16cid:durableId="587348353">
    <w:abstractNumId w:val="6"/>
  </w:num>
  <w:num w:numId="3" w16cid:durableId="1738094830">
    <w:abstractNumId w:val="5"/>
  </w:num>
  <w:num w:numId="4" w16cid:durableId="1388216240">
    <w:abstractNumId w:val="4"/>
  </w:num>
  <w:num w:numId="5" w16cid:durableId="1076250078">
    <w:abstractNumId w:val="7"/>
  </w:num>
  <w:num w:numId="6" w16cid:durableId="795293795">
    <w:abstractNumId w:val="3"/>
  </w:num>
  <w:num w:numId="7" w16cid:durableId="1831291305">
    <w:abstractNumId w:val="2"/>
  </w:num>
  <w:num w:numId="8" w16cid:durableId="1658655828">
    <w:abstractNumId w:val="1"/>
  </w:num>
  <w:num w:numId="9" w16cid:durableId="913275880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0"/>
  <w:proofState w:spelling="clean" w:grammar="dirty"/>
  <w:trackRevisions w:val="false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42430"/>
    <w:rsid w:val="00280F9C"/>
    <w:rsid w:val="0029639D"/>
    <w:rsid w:val="00326F90"/>
    <w:rsid w:val="003E192C"/>
    <w:rsid w:val="003F0E5B"/>
    <w:rsid w:val="00461F8B"/>
    <w:rsid w:val="00753713"/>
    <w:rsid w:val="00753BA1"/>
    <w:rsid w:val="00795319"/>
    <w:rsid w:val="0083295B"/>
    <w:rsid w:val="0083558E"/>
    <w:rsid w:val="00856724"/>
    <w:rsid w:val="00A36828"/>
    <w:rsid w:val="00AA1D8D"/>
    <w:rsid w:val="00B47730"/>
    <w:rsid w:val="00BE396B"/>
    <w:rsid w:val="00C80180"/>
    <w:rsid w:val="00C979E8"/>
    <w:rsid w:val="00CB0664"/>
    <w:rsid w:val="00CB22BF"/>
    <w:rsid w:val="00D10D0A"/>
    <w:rsid w:val="00D172C6"/>
    <w:rsid w:val="00D36E24"/>
    <w:rsid w:val="00DD261A"/>
    <w:rsid w:val="00EA3E6F"/>
    <w:rsid w:val="00ED1B5F"/>
    <w:rsid w:val="00EF39D2"/>
    <w:rsid w:val="00F33196"/>
    <w:rsid w:val="00F654FF"/>
    <w:rsid w:val="00FA7ECB"/>
    <w:rsid w:val="00FC693F"/>
    <w:rsid w:val="5A75A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3372D8C"/>
  <w14:defaultImageDpi w14:val="300"/>
  <w15:docId w15:val="{60539D85-9F36-4C88-94D2-3E23A6FFF0E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styleId="Titolo1Carattere" w:customStyle="1">
    <w:name w:val="Titolo 1 Carattere"/>
    <w:basedOn w:val="Carpredefinitoparagrafo"/>
    <w:link w:val="Titolo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Titolo2Carattere" w:customStyle="1">
    <w:name w:val="Titolo 2 Carattere"/>
    <w:basedOn w:val="Carpredefinitoparagrafo"/>
    <w:link w:val="Titolo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Titolo3Carattere" w:customStyle="1">
    <w:name w:val="Titolo 3 Carattere"/>
    <w:basedOn w:val="Carpredefinitoparagrafo"/>
    <w:link w:val="Titolo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oloCarattere" w:customStyle="1">
    <w:name w:val="Titolo Carattere"/>
    <w:basedOn w:val="Carpredefinitoparagrafo"/>
    <w:link w:val="Titolo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styleId="CorpotestoCarattere" w:customStyle="1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styleId="Corpodeltesto2Carattere" w:customStyle="1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styleId="Corpodeltesto3Carattere" w:customStyle="1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stomacroCarattere" w:customStyle="1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styleId="Titolo4Carattere" w:customStyle="1">
    <w:name w:val="Titolo 4 Carattere"/>
    <w:basedOn w:val="Carpredefinitoparagrafo"/>
    <w:link w:val="Titolo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Titolo5Carattere" w:customStyle="1">
    <w:name w:val="Titolo 5 Carattere"/>
    <w:basedOn w:val="Carpredefinitoparagrafo"/>
    <w:link w:val="Titolo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Titolo6Carattere" w:customStyle="1">
    <w:name w:val="Titolo 6 Carattere"/>
    <w:basedOn w:val="Carpredefinitoparagrafo"/>
    <w:link w:val="Titolo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Titolo7Carattere" w:customStyle="1">
    <w:name w:val="Titolo 7 Carattere"/>
    <w:basedOn w:val="Carpredefinitoparagrafo"/>
    <w:link w:val="Titolo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Titolo8Carattere" w:customStyle="1">
    <w:name w:val="Titolo 8 Carattere"/>
    <w:basedOn w:val="Carpredefinitoparagrafo"/>
    <w:link w:val="Titolo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Titolo9Carattere" w:customStyle="1">
    <w:name w:val="Titolo 9 Carattere"/>
    <w:basedOn w:val="Carpredefinitoparagrafo"/>
    <w:link w:val="Titolo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customXml" Target="../customXml/item4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57D71188B8E6648AAE1AD6FD0E83090" ma:contentTypeVersion="13" ma:contentTypeDescription="Creare un nuovo documento." ma:contentTypeScope="" ma:versionID="8839eea1cf9c4b1a9f902ac503abf4f6">
  <xsd:schema xmlns:xsd="http://www.w3.org/2001/XMLSchema" xmlns:xs="http://www.w3.org/2001/XMLSchema" xmlns:p="http://schemas.microsoft.com/office/2006/metadata/properties" xmlns:ns2="daaae5b0-c83b-4c28-86ce-4b5195300856" xmlns:ns3="a0d5d099-da1f-49c9-bd6f-93510fec2126" targetNamespace="http://schemas.microsoft.com/office/2006/metadata/properties" ma:root="true" ma:fieldsID="13cacba434571939f10260c2ff4dcdb6" ns2:_="" ns3:_="">
    <xsd:import namespace="daaae5b0-c83b-4c28-86ce-4b5195300856"/>
    <xsd:import namespace="a0d5d099-da1f-49c9-bd6f-93510fec21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ae5b0-c83b-4c28-86ce-4b51953008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9eda9711-6182-469d-8c05-7a993d4ef2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d5d099-da1f-49c9-bd6f-93510fec212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6244e73-2ee7-43d5-bb7e-a3ce834daf33}" ma:internalName="TaxCatchAll" ma:showField="CatchAllData" ma:web="a0d5d099-da1f-49c9-bd6f-93510fec21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aae5b0-c83b-4c28-86ce-4b5195300856">
      <Terms xmlns="http://schemas.microsoft.com/office/infopath/2007/PartnerControls"/>
    </lcf76f155ced4ddcb4097134ff3c332f>
    <TaxCatchAll xmlns="a0d5d099-da1f-49c9-bd6f-93510fec2126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A37CC4-C61E-43E8-AB5C-9F7EEEFB34C4}"/>
</file>

<file path=customXml/itemProps3.xml><?xml version="1.0" encoding="utf-8"?>
<ds:datastoreItem xmlns:ds="http://schemas.openxmlformats.org/officeDocument/2006/customXml" ds:itemID="{CC48F258-94C0-4087-BABE-A13D450DB0BA}"/>
</file>

<file path=customXml/itemProps4.xml><?xml version="1.0" encoding="utf-8"?>
<ds:datastoreItem xmlns:ds="http://schemas.openxmlformats.org/officeDocument/2006/customXml" ds:itemID="{D6B4F7BB-0004-48C8-9BB7-D76C8A43AB9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Alessandro Morittu</cp:lastModifiedBy>
  <cp:revision>9</cp:revision>
  <dcterms:created xsi:type="dcterms:W3CDTF">2026-02-03T09:27:00Z</dcterms:created>
  <dcterms:modified xsi:type="dcterms:W3CDTF">2026-04-21T08:55:05Z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0x010100C57D71188B8E6648AAE1AD6FD0E83090</vt:lpwstr>
  </property>
  <property fmtid="{D5CDD505-2E9C-101B-9397-08002B2CF9AE}" pid="3" name="MediaServiceImageTags">
    <vt:lpwstr/>
  </property>
</Properties>
</file>